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5A7A8C" w:rsidRDefault="00813563" w14:paraId="2664819A" wp14:textId="77777777">
      <w:pPr>
        <w:jc w:val="center"/>
      </w:pPr>
      <w:r>
        <w:rPr>
          <w:b/>
          <w:sz w:val="30"/>
        </w:rPr>
        <w:t>WYMAGANIA EDUKACYJNE I KRYTERIA OCENIANIA</w:t>
      </w:r>
      <w:r>
        <w:rPr>
          <w:b/>
          <w:sz w:val="30"/>
        </w:rPr>
        <w:br/>
      </w:r>
      <w:r>
        <w:rPr>
          <w:b/>
          <w:sz w:val="30"/>
        </w:rPr>
        <w:t>WYCHOWANIE FIZYCZNE – KLASY IV–VIII</w:t>
      </w:r>
    </w:p>
    <w:p xmlns:wp14="http://schemas.microsoft.com/office/word/2010/wordml" w:rsidR="005A7A8C" w:rsidRDefault="00813563" w14:paraId="53C06D7B" wp14:textId="541D7A68">
      <w:pPr>
        <w:jc w:val="center"/>
      </w:pPr>
      <w:r w:rsidRPr="30CEBBBF" w:rsidR="48668259">
        <w:rPr>
          <w:b w:val="1"/>
          <w:bCs w:val="1"/>
        </w:rPr>
        <w:t>Szkoła</w:t>
      </w:r>
      <w:r w:rsidRPr="30CEBBBF" w:rsidR="48668259">
        <w:rPr>
          <w:b w:val="1"/>
          <w:bCs w:val="1"/>
        </w:rPr>
        <w:t xml:space="preserve"> </w:t>
      </w:r>
      <w:r w:rsidRPr="30CEBBBF" w:rsidR="48668259">
        <w:rPr>
          <w:b w:val="1"/>
          <w:bCs w:val="1"/>
        </w:rPr>
        <w:t>Podstawowa</w:t>
      </w:r>
      <w:r w:rsidRPr="30CEBBBF" w:rsidR="48668259">
        <w:rPr>
          <w:b w:val="1"/>
          <w:bCs w:val="1"/>
        </w:rPr>
        <w:t xml:space="preserve"> nr 84 </w:t>
      </w:r>
      <w:r w:rsidRPr="30CEBBBF" w:rsidR="48668259">
        <w:rPr>
          <w:b w:val="1"/>
          <w:bCs w:val="1"/>
        </w:rPr>
        <w:t>im</w:t>
      </w:r>
      <w:r w:rsidRPr="30CEBBBF" w:rsidR="48668259">
        <w:rPr>
          <w:b w:val="1"/>
          <w:bCs w:val="1"/>
        </w:rPr>
        <w:t xml:space="preserve">. </w:t>
      </w:r>
      <w:r w:rsidRPr="30CEBBBF" w:rsidR="48668259">
        <w:rPr>
          <w:b w:val="1"/>
          <w:bCs w:val="1"/>
        </w:rPr>
        <w:t>Ruchu</w:t>
      </w:r>
      <w:r w:rsidRPr="30CEBBBF" w:rsidR="48668259">
        <w:rPr>
          <w:b w:val="1"/>
          <w:bCs w:val="1"/>
        </w:rPr>
        <w:t xml:space="preserve"> </w:t>
      </w:r>
      <w:r w:rsidRPr="30CEBBBF" w:rsidR="48668259">
        <w:rPr>
          <w:b w:val="1"/>
          <w:bCs w:val="1"/>
        </w:rPr>
        <w:t>Obrońców</w:t>
      </w:r>
      <w:r w:rsidRPr="30CEBBBF" w:rsidR="48668259">
        <w:rPr>
          <w:b w:val="1"/>
          <w:bCs w:val="1"/>
        </w:rPr>
        <w:t xml:space="preserve"> </w:t>
      </w:r>
      <w:r w:rsidRPr="30CEBBBF" w:rsidR="48668259">
        <w:rPr>
          <w:b w:val="1"/>
          <w:bCs w:val="1"/>
        </w:rPr>
        <w:t>Pokoju</w:t>
      </w:r>
      <w:r w:rsidRPr="30CEBBBF" w:rsidR="48668259">
        <w:rPr>
          <w:b w:val="1"/>
          <w:bCs w:val="1"/>
        </w:rPr>
        <w:t xml:space="preserve"> we Wrocławiu</w:t>
      </w:r>
    </w:p>
    <w:p xmlns:wp14="http://schemas.microsoft.com/office/word/2010/wordml" w:rsidR="005A7A8C" w:rsidRDefault="00813563" w14:paraId="0BB7CA42" wp14:textId="15AAF015">
      <w:pPr>
        <w:jc w:val="center"/>
      </w:pPr>
      <w:r w:rsidRPr="30CEBBBF" w:rsidR="48668259">
        <w:rPr>
          <w:b w:val="1"/>
          <w:bCs w:val="1"/>
        </w:rPr>
        <w:t xml:space="preserve">rok </w:t>
      </w:r>
      <w:r w:rsidRPr="30CEBBBF" w:rsidR="48668259">
        <w:rPr>
          <w:b w:val="1"/>
          <w:bCs w:val="1"/>
        </w:rPr>
        <w:t>szkolny</w:t>
      </w:r>
      <w:r w:rsidRPr="30CEBBBF" w:rsidR="48668259">
        <w:rPr>
          <w:b w:val="1"/>
          <w:bCs w:val="1"/>
        </w:rPr>
        <w:t xml:space="preserve"> 2026/2027</w:t>
      </w:r>
      <w:r>
        <w:br/>
      </w:r>
      <w:r w:rsidRPr="30CEBBBF" w:rsidR="48668259">
        <w:rPr>
          <w:b w:val="1"/>
          <w:bCs w:val="1"/>
        </w:rPr>
        <w:t xml:space="preserve">Program </w:t>
      </w:r>
      <w:r w:rsidRPr="30CEBBBF" w:rsidR="48668259">
        <w:rPr>
          <w:b w:val="1"/>
          <w:bCs w:val="1"/>
        </w:rPr>
        <w:t>nauczania</w:t>
      </w:r>
      <w:r w:rsidRPr="30CEBBBF" w:rsidR="48668259">
        <w:rPr>
          <w:b w:val="1"/>
          <w:bCs w:val="1"/>
        </w:rPr>
        <w:t xml:space="preserve"> „</w:t>
      </w:r>
      <w:r w:rsidRPr="30CEBBBF" w:rsidR="48668259">
        <w:rPr>
          <w:b w:val="1"/>
          <w:bCs w:val="1"/>
        </w:rPr>
        <w:t>Czas</w:t>
      </w:r>
      <w:r w:rsidRPr="30CEBBBF" w:rsidR="48668259">
        <w:rPr>
          <w:b w:val="1"/>
          <w:bCs w:val="1"/>
        </w:rPr>
        <w:t xml:space="preserve"> </w:t>
      </w:r>
      <w:r w:rsidRPr="30CEBBBF" w:rsidR="48668259">
        <w:rPr>
          <w:b w:val="1"/>
          <w:bCs w:val="1"/>
        </w:rPr>
        <w:t>na</w:t>
      </w:r>
      <w:r w:rsidRPr="30CEBBBF" w:rsidR="48668259">
        <w:rPr>
          <w:b w:val="1"/>
          <w:bCs w:val="1"/>
        </w:rPr>
        <w:t xml:space="preserve"> </w:t>
      </w:r>
      <w:r w:rsidRPr="30CEBBBF" w:rsidR="48668259">
        <w:rPr>
          <w:b w:val="1"/>
          <w:bCs w:val="1"/>
        </w:rPr>
        <w:t>ruch</w:t>
      </w:r>
      <w:r w:rsidRPr="30CEBBBF" w:rsidR="48668259">
        <w:rPr>
          <w:b w:val="1"/>
          <w:bCs w:val="1"/>
        </w:rPr>
        <w:t>”</w:t>
      </w:r>
    </w:p>
    <w:p xmlns:wp14="http://schemas.microsoft.com/office/word/2010/wordml" w:rsidR="005A7A8C" w:rsidRDefault="00813563" w14:paraId="6D62A786" wp14:textId="77777777">
      <w:pPr>
        <w:pStyle w:val="Nagwek1"/>
      </w:pPr>
      <w:r>
        <w:t>1. Podstawa stosowania dokumentu</w:t>
      </w:r>
    </w:p>
    <w:p xmlns:wp14="http://schemas.microsoft.com/office/word/2010/wordml" w:rsidR="005A7A8C" w:rsidRDefault="00813563" w14:paraId="17903C97" wp14:textId="77777777">
      <w:r>
        <w:t>Dokument określa wymagania</w:t>
      </w:r>
      <w:r>
        <w:t xml:space="preserve"> edukacyjne niezbędne do uzyskania poszczególnych śródrocznych i rocznych ocen klasyfikacyjnych z wychowania fizycznego oraz kryteria oceniania w klasach IV–VIII. Stanowi uszczegółowienie programu nauczania „Czas na ruch” i jest stosowany łącznie z aktualn</w:t>
      </w:r>
      <w:r>
        <w:t>ym Statutem Szkoły Podstawowej nr 84 we Wrocławiu oraz przepisami prawa oświatowego.</w:t>
      </w:r>
    </w:p>
    <w:p xmlns:wp14="http://schemas.microsoft.com/office/word/2010/wordml" w:rsidR="005A7A8C" w:rsidRDefault="00813563" w14:paraId="15D233F3" wp14:textId="77777777">
      <w:r>
        <w:t>W roku szkolnym 2026/2027 wymagania realizuje się zgodnie z podstawą programową właściwą dla danego rocznika uczniów. Nowa podstawa programowa wprowadzona od 1 września 20</w:t>
      </w:r>
      <w:r>
        <w:t>26 r. jest w tym roku szkolnym wdrażana w klasie IV, natomiast w klasach V–VIII stosuje się podstawę programową właściwą dla tych roczników, zgodnie z przepisami przejściowymi.</w:t>
      </w:r>
    </w:p>
    <w:p xmlns:wp14="http://schemas.microsoft.com/office/word/2010/wordml" w:rsidR="005A7A8C" w:rsidRDefault="00813563" w14:paraId="1FF462A3" wp14:textId="77777777">
      <w:pPr>
        <w:pStyle w:val="Listapunktowana"/>
        <w:rPr/>
      </w:pPr>
      <w:r w:rsidR="48668259">
        <w:rPr/>
        <w:t>ustawa z dnia 7 września 1991 r. o systemie oświaty – w zakresie oceniania, kla</w:t>
      </w:r>
      <w:r w:rsidR="48668259">
        <w:rPr/>
        <w:t>syfikowania i promowania uczniów;</w:t>
      </w:r>
    </w:p>
    <w:p xmlns:wp14="http://schemas.microsoft.com/office/word/2010/wordml" w:rsidR="005A7A8C" w:rsidRDefault="00813563" w14:paraId="35C6213B" wp14:textId="77777777">
      <w:pPr>
        <w:pStyle w:val="Listapunktowana"/>
        <w:rPr/>
      </w:pPr>
      <w:r w:rsidR="48668259">
        <w:rPr/>
        <w:t>ustawa z dnia 14 grudnia 2016 r. – Prawo oświatowe;</w:t>
      </w:r>
    </w:p>
    <w:p xmlns:wp14="http://schemas.microsoft.com/office/word/2010/wordml" w:rsidR="005A7A8C" w:rsidRDefault="00813563" w14:paraId="4C11AD40" wp14:textId="77777777">
      <w:pPr>
        <w:pStyle w:val="Listapunktowana"/>
        <w:rPr/>
      </w:pPr>
      <w:r w:rsidR="48668259">
        <w:rPr/>
        <w:t>aktualne rozporządzenie w sprawie oceniania, klasyfikowania i promowania uczniów i słuchaczy w szkołach publicznych;</w:t>
      </w:r>
    </w:p>
    <w:p xmlns:wp14="http://schemas.microsoft.com/office/word/2010/wordml" w:rsidR="005A7A8C" w:rsidRDefault="00813563" w14:paraId="0141BA6A" wp14:textId="77777777">
      <w:pPr>
        <w:pStyle w:val="Listapunktowana"/>
        <w:rPr/>
      </w:pPr>
      <w:r w:rsidR="48668259">
        <w:rPr/>
        <w:t>rozporządzenie Ministra Edukacji z dnia 11 marca 2026</w:t>
      </w:r>
      <w:r w:rsidR="48668259">
        <w:rPr/>
        <w:t xml:space="preserve"> r. w sprawie podstawy programowej – w zakresie i dla roczników, dla których ma zastosowanie;</w:t>
      </w:r>
    </w:p>
    <w:p xmlns:wp14="http://schemas.microsoft.com/office/word/2010/wordml" w:rsidR="005A7A8C" w:rsidRDefault="00813563" w14:paraId="46C4ADEC" wp14:textId="77777777">
      <w:pPr>
        <w:pStyle w:val="Listapunktowana"/>
        <w:rPr/>
      </w:pPr>
      <w:r w:rsidR="48668259">
        <w:rPr/>
        <w:t>program nauczania wychowania fizycznego „Czas na ruch”;</w:t>
      </w:r>
    </w:p>
    <w:p xmlns:wp14="http://schemas.microsoft.com/office/word/2010/wordml" w:rsidR="005A7A8C" w:rsidRDefault="00813563" w14:paraId="43AB2015" wp14:textId="77777777">
      <w:pPr>
        <w:pStyle w:val="Listapunktowana"/>
        <w:rPr/>
      </w:pPr>
      <w:r w:rsidR="48668259">
        <w:rPr/>
        <w:t>aktualny Statut Szkoły Podstawowej nr 84 we Wrocławiu.</w:t>
      </w:r>
    </w:p>
    <w:p xmlns:wp14="http://schemas.microsoft.com/office/word/2010/wordml" w:rsidR="005A7A8C" w:rsidRDefault="00813563" w14:paraId="12691C92" wp14:textId="77777777">
      <w:pPr>
        <w:pStyle w:val="Nagwek1"/>
      </w:pPr>
      <w:r>
        <w:t>2. Najważniejsze zasady oceniania z wychowania fizy</w:t>
      </w:r>
      <w:r>
        <w:t>cznego</w:t>
      </w:r>
    </w:p>
    <w:p xmlns:wp14="http://schemas.microsoft.com/office/word/2010/wordml" w:rsidR="005A7A8C" w:rsidRDefault="00813563" w14:paraId="4BE4F4D2" wp14:textId="77777777">
      <w:pPr>
        <w:pStyle w:val="Listapunktowana"/>
        <w:rPr/>
      </w:pPr>
      <w:r w:rsidR="48668259">
        <w:rPr/>
        <w:t>Ocena uwzględnia przede wszystkim wysiłek wkładany przez ucznia w wywiązywanie się z obowiązków wynikających ze specyfiki zajęć, systematyczność udziału w zajęciach oraz aktywność w działaniach szkoły na rzecz kultury fizycznej.</w:t>
      </w:r>
    </w:p>
    <w:p xmlns:wp14="http://schemas.microsoft.com/office/word/2010/wordml" w:rsidR="005A7A8C" w:rsidRDefault="00813563" w14:paraId="6EF1AAED" wp14:textId="77777777">
      <w:pPr>
        <w:pStyle w:val="Listapunktowana"/>
        <w:rPr/>
      </w:pPr>
      <w:r w:rsidR="48668259">
        <w:rPr/>
        <w:t>Nie ocenia się uczni</w:t>
      </w:r>
      <w:r w:rsidR="48668259">
        <w:rPr/>
        <w:t>a wyłącznie na podstawie poziomu sprawności fizycznej, wyników sportowych, predyspozycji wrodzonych ani pojedynczego wyniku testu.</w:t>
      </w:r>
    </w:p>
    <w:p xmlns:wp14="http://schemas.microsoft.com/office/word/2010/wordml" w:rsidR="005A7A8C" w:rsidRDefault="00813563" w14:paraId="058737C5" wp14:textId="77777777">
      <w:pPr>
        <w:pStyle w:val="Listapunktowana"/>
        <w:rPr/>
      </w:pPr>
      <w:r w:rsidR="48668259">
        <w:rPr/>
        <w:t>Uwzględnia się indywidualne możliwości psychofizyczne, stan zdrowia, postęp, zaangażowanie i wysiłek ucznia.</w:t>
      </w:r>
    </w:p>
    <w:p xmlns:wp14="http://schemas.microsoft.com/office/word/2010/wordml" w:rsidR="005A7A8C" w:rsidRDefault="00813563" w14:paraId="26E71999" wp14:textId="77777777">
      <w:pPr>
        <w:pStyle w:val="Listapunktowana"/>
        <w:rPr/>
      </w:pPr>
      <w:r w:rsidR="48668259">
        <w:rPr/>
        <w:t>Wymagania dostos</w:t>
      </w:r>
      <w:r w:rsidR="48668259">
        <w:rPr/>
        <w:t>owuje się do indywidualnych potrzeb rozwojowych i edukacyjnych oraz możliwości psychofizycznych ucznia, zgodnie z przepisami, dokumentacją i zaleceniami.</w:t>
      </w:r>
    </w:p>
    <w:p xmlns:wp14="http://schemas.microsoft.com/office/word/2010/wordml" w:rsidR="005A7A8C" w:rsidRDefault="00813563" w14:paraId="157A5C23" wp14:textId="77777777">
      <w:pPr>
        <w:pStyle w:val="Listapunktowana"/>
        <w:rPr/>
      </w:pPr>
      <w:r w:rsidR="48668259">
        <w:rPr/>
        <w:t>Ocenianie jest jawne, systematyczne, motywujące i wspierające rozwój ucznia.</w:t>
      </w:r>
    </w:p>
    <w:p xmlns:wp14="http://schemas.microsoft.com/office/word/2010/wordml" w:rsidR="00813563" w:rsidP="30CEBBBF" w:rsidRDefault="00813563" w14:paraId="4775DFC7" wp14:textId="3519DCEA">
      <w:pPr>
        <w:pStyle w:val="Listapunktowana"/>
        <w:ind/>
        <w:rPr>
          <w:noProof w:val="0"/>
          <w:lang w:val="en-US"/>
        </w:rPr>
      </w:pPr>
      <w:r w:rsidR="48668259">
        <w:rPr/>
        <w:t>Ocena</w:t>
      </w:r>
      <w:r w:rsidR="48668259">
        <w:rPr/>
        <w:t xml:space="preserve"> </w:t>
      </w:r>
      <w:r w:rsidR="48668259">
        <w:rPr/>
        <w:t>klasyfikacyjna</w:t>
      </w:r>
      <w:r w:rsidR="48668259">
        <w:rPr/>
        <w:t xml:space="preserve"> </w:t>
      </w:r>
      <w:r w:rsidR="48668259">
        <w:rPr/>
        <w:t>nie</w:t>
      </w:r>
      <w:r w:rsidR="48668259">
        <w:rPr/>
        <w:t xml:space="preserve"> </w:t>
      </w:r>
      <w:r w:rsidR="48668259">
        <w:rPr/>
        <w:t xml:space="preserve">jest </w:t>
      </w:r>
      <w:r w:rsidR="48668259">
        <w:rPr/>
        <w:t>średnią</w:t>
      </w:r>
      <w:r w:rsidR="48668259">
        <w:rPr/>
        <w:t xml:space="preserve"> </w:t>
      </w:r>
      <w:r w:rsidR="48668259">
        <w:rPr/>
        <w:t>arytmetyczną</w:t>
      </w:r>
      <w:r w:rsidR="48668259">
        <w:rPr/>
        <w:t xml:space="preserve"> </w:t>
      </w:r>
      <w:r w:rsidR="48668259">
        <w:rPr/>
        <w:t>ocen</w:t>
      </w:r>
      <w:r w:rsidR="48668259">
        <w:rPr/>
        <w:t xml:space="preserve"> </w:t>
      </w:r>
      <w:r w:rsidR="48668259">
        <w:rPr/>
        <w:t>bieżących</w:t>
      </w:r>
      <w:r w:rsidR="48668259">
        <w:rPr/>
        <w:t>.</w:t>
      </w:r>
    </w:p>
    <w:p xmlns:wp14="http://schemas.microsoft.com/office/word/2010/wordml" w:rsidR="00813563" w:rsidP="30CEBBBF" w:rsidRDefault="00813563" w14:paraId="144FD924" wp14:textId="0000E61D">
      <w:pPr>
        <w:pStyle w:val="Listapunktowana"/>
        <w:ind/>
        <w:rPr>
          <w:noProof w:val="0"/>
          <w:lang w:val="en-US"/>
        </w:rPr>
      </w:pP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Nauczyciel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raz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w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miesiącu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wystawia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ocenę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za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systematyczność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zaangażowanie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na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lekcji</w:t>
      </w:r>
      <w:r w:rsidRPr="30CEBBBF" w:rsidR="162FCF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30CEBBBF" w:rsidR="162FCF25">
        <w:rPr>
          <w:noProof w:val="0"/>
          <w:lang w:val="en-US"/>
        </w:rPr>
        <w:t xml:space="preserve"> </w:t>
      </w:r>
    </w:p>
    <w:p xmlns:wp14="http://schemas.microsoft.com/office/word/2010/wordml" w:rsidR="00813563" w:rsidP="30CEBBBF" w:rsidRDefault="00813563" w14:paraId="262DA83B" wp14:textId="3BC5C30B">
      <w:pPr>
        <w:pStyle w:val="Listapunktowana"/>
        <w:ind/>
        <w:rPr>
          <w:noProof w:val="0"/>
          <w:lang w:val="en-US"/>
        </w:rPr>
      </w:pPr>
      <w:r w:rsidRPr="30CEBBBF" w:rsidR="06C84E36">
        <w:rPr>
          <w:noProof w:val="0"/>
          <w:lang w:val="en-US"/>
        </w:rPr>
        <w:t>Uczeń</w:t>
      </w:r>
      <w:r w:rsidRPr="30CEBBBF" w:rsidR="06C84E36">
        <w:rPr>
          <w:noProof w:val="0"/>
          <w:lang w:val="en-US"/>
        </w:rPr>
        <w:t xml:space="preserve"> </w:t>
      </w:r>
      <w:r w:rsidRPr="30CEBBBF" w:rsidR="06C84E36">
        <w:rPr>
          <w:noProof w:val="0"/>
          <w:lang w:val="en-US"/>
        </w:rPr>
        <w:t>otrzymuje</w:t>
      </w:r>
      <w:r w:rsidRPr="30CEBBBF" w:rsidR="06C84E36">
        <w:rPr>
          <w:noProof w:val="0"/>
          <w:lang w:val="en-US"/>
        </w:rPr>
        <w:t xml:space="preserve"> </w:t>
      </w:r>
      <w:r w:rsidRPr="30CEBBBF" w:rsidR="06C84E36">
        <w:rPr>
          <w:noProof w:val="0"/>
          <w:lang w:val="en-US"/>
        </w:rPr>
        <w:t>ocenę</w:t>
      </w:r>
      <w:r w:rsidRPr="30CEBBBF" w:rsidR="06C84E36">
        <w:rPr>
          <w:noProof w:val="0"/>
          <w:lang w:val="en-US"/>
        </w:rPr>
        <w:t xml:space="preserve"> </w:t>
      </w:r>
      <w:r w:rsidRPr="30CEBBBF" w:rsidR="06C84E36">
        <w:rPr>
          <w:noProof w:val="0"/>
          <w:lang w:val="en-US"/>
        </w:rPr>
        <w:t>cząstkową</w:t>
      </w:r>
      <w:r w:rsidRPr="30CEBBBF" w:rsidR="06C84E36">
        <w:rPr>
          <w:noProof w:val="0"/>
          <w:lang w:val="en-US"/>
        </w:rPr>
        <w:t xml:space="preserve"> “celującą” za </w:t>
      </w:r>
      <w:r w:rsidRPr="30CEBBBF" w:rsidR="06C84E36">
        <w:rPr>
          <w:noProof w:val="0"/>
          <w:lang w:val="en-US"/>
        </w:rPr>
        <w:t>reprezentowanie</w:t>
      </w:r>
      <w:r w:rsidRPr="30CEBBBF" w:rsidR="06C84E36">
        <w:rPr>
          <w:noProof w:val="0"/>
          <w:lang w:val="en-US"/>
        </w:rPr>
        <w:t xml:space="preserve"> </w:t>
      </w:r>
      <w:r w:rsidRPr="30CEBBBF" w:rsidR="06C84E36">
        <w:rPr>
          <w:noProof w:val="0"/>
          <w:lang w:val="en-US"/>
        </w:rPr>
        <w:t>szkoły</w:t>
      </w:r>
      <w:r w:rsidRPr="30CEBBBF" w:rsidR="06C84E36">
        <w:rPr>
          <w:noProof w:val="0"/>
          <w:lang w:val="en-US"/>
        </w:rPr>
        <w:t xml:space="preserve"> w </w:t>
      </w:r>
      <w:r w:rsidRPr="30CEBBBF" w:rsidR="06C84E36">
        <w:rPr>
          <w:noProof w:val="0"/>
          <w:lang w:val="en-US"/>
        </w:rPr>
        <w:t>zawodach</w:t>
      </w:r>
      <w:r w:rsidRPr="30CEBBBF" w:rsidR="06C84E36">
        <w:rPr>
          <w:noProof w:val="0"/>
          <w:lang w:val="en-US"/>
        </w:rPr>
        <w:t xml:space="preserve"> </w:t>
      </w:r>
      <w:r w:rsidRPr="30CEBBBF" w:rsidR="06C84E36">
        <w:rPr>
          <w:noProof w:val="0"/>
          <w:lang w:val="en-US"/>
        </w:rPr>
        <w:t>sportowych</w:t>
      </w:r>
      <w:r w:rsidRPr="30CEBBBF" w:rsidR="06C84E36">
        <w:rPr>
          <w:noProof w:val="0"/>
          <w:lang w:val="en-US"/>
        </w:rPr>
        <w:t xml:space="preserve">. </w:t>
      </w:r>
    </w:p>
    <w:p xmlns:wp14="http://schemas.microsoft.com/office/word/2010/wordml" w:rsidR="00813563" w:rsidP="30CEBBBF" w:rsidRDefault="00813563" w14:paraId="5DAB6C7B" wp14:textId="68CF2DF4">
      <w:pPr>
        <w:pStyle w:val="Listapunktowana"/>
        <w:ind/>
        <w:rPr>
          <w:noProof w:val="0"/>
          <w:lang w:val="en-US"/>
        </w:rPr>
      </w:pPr>
      <w:r w:rsidRPr="30CEBBBF" w:rsidR="0A38AF70">
        <w:rPr>
          <w:noProof w:val="0"/>
          <w:lang w:val="en-US"/>
        </w:rPr>
        <w:t>Uczestnictwo</w:t>
      </w:r>
      <w:r w:rsidRPr="30CEBBBF" w:rsidR="0A38AF70">
        <w:rPr>
          <w:noProof w:val="0"/>
          <w:lang w:val="en-US"/>
        </w:rPr>
        <w:t xml:space="preserve"> w </w:t>
      </w:r>
      <w:r w:rsidRPr="30CEBBBF" w:rsidR="0A38AF70">
        <w:rPr>
          <w:noProof w:val="0"/>
          <w:lang w:val="en-US"/>
        </w:rPr>
        <w:t>zawodach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i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reprezentowanie</w:t>
      </w:r>
      <w:r w:rsidRPr="30CEBBBF" w:rsidR="0A38AF70">
        <w:rPr>
          <w:noProof w:val="0"/>
          <w:lang w:val="en-US"/>
        </w:rPr>
        <w:t xml:space="preserve">  </w:t>
      </w:r>
      <w:r w:rsidRPr="30CEBBBF" w:rsidR="0A38AF70">
        <w:rPr>
          <w:noProof w:val="0"/>
          <w:lang w:val="en-US"/>
        </w:rPr>
        <w:t>p</w:t>
      </w:r>
      <w:r w:rsidRPr="30CEBBBF" w:rsidR="638E5266">
        <w:rPr>
          <w:noProof w:val="0"/>
          <w:lang w:val="en-US"/>
        </w:rPr>
        <w:t>ozaszkolnego</w:t>
      </w:r>
      <w:r w:rsidRPr="30CEBBBF" w:rsidR="638E5266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klubu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sportowego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nie</w:t>
      </w:r>
      <w:r w:rsidRPr="30CEBBBF" w:rsidR="0A38AF70">
        <w:rPr>
          <w:noProof w:val="0"/>
          <w:lang w:val="en-US"/>
        </w:rPr>
        <w:t xml:space="preserve"> jest </w:t>
      </w:r>
      <w:r w:rsidRPr="30CEBBBF" w:rsidR="0A38AF70">
        <w:rPr>
          <w:noProof w:val="0"/>
          <w:lang w:val="en-US"/>
        </w:rPr>
        <w:t>jednoznaczne</w:t>
      </w:r>
      <w:r w:rsidRPr="30CEBBBF" w:rsidR="0A38AF70">
        <w:rPr>
          <w:noProof w:val="0"/>
          <w:lang w:val="en-US"/>
        </w:rPr>
        <w:t xml:space="preserve"> z </w:t>
      </w:r>
      <w:r w:rsidRPr="30CEBBBF" w:rsidR="0A38AF70">
        <w:rPr>
          <w:noProof w:val="0"/>
          <w:lang w:val="en-US"/>
        </w:rPr>
        <w:t>uzyskaniem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na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koniec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roku</w:t>
      </w:r>
      <w:r w:rsidRPr="30CEBBBF" w:rsidR="0A38AF70">
        <w:rPr>
          <w:noProof w:val="0"/>
          <w:lang w:val="en-US"/>
        </w:rPr>
        <w:t xml:space="preserve"> </w:t>
      </w:r>
      <w:r w:rsidRPr="30CEBBBF" w:rsidR="0A38AF70">
        <w:rPr>
          <w:noProof w:val="0"/>
          <w:lang w:val="en-US"/>
        </w:rPr>
        <w:t>szkolnego</w:t>
      </w:r>
      <w:r w:rsidRPr="30CEBBBF" w:rsidR="0A38AF70">
        <w:rPr>
          <w:noProof w:val="0"/>
          <w:lang w:val="en-US"/>
        </w:rPr>
        <w:t xml:space="preserve"> </w:t>
      </w:r>
      <w:r w:rsidRPr="30CEBBBF" w:rsidR="360A66C4">
        <w:rPr>
          <w:noProof w:val="0"/>
          <w:lang w:val="en-US"/>
        </w:rPr>
        <w:t>oceny</w:t>
      </w:r>
      <w:r w:rsidRPr="30CEBBBF" w:rsidR="360A66C4">
        <w:rPr>
          <w:noProof w:val="0"/>
          <w:lang w:val="en-US"/>
        </w:rPr>
        <w:t xml:space="preserve"> </w:t>
      </w:r>
      <w:r w:rsidRPr="30CEBBBF" w:rsidR="360A66C4">
        <w:rPr>
          <w:noProof w:val="0"/>
          <w:lang w:val="en-US"/>
        </w:rPr>
        <w:t>celującej</w:t>
      </w:r>
      <w:r w:rsidRPr="30CEBBBF" w:rsidR="360A66C4">
        <w:rPr>
          <w:noProof w:val="0"/>
          <w:lang w:val="en-US"/>
        </w:rPr>
        <w:t>.</w:t>
      </w:r>
    </w:p>
    <w:p w:rsidR="30CEBBBF" w:rsidP="30CEBBBF" w:rsidRDefault="30CEBBBF" w14:paraId="749841D6" w14:textId="65BB3DC5">
      <w:pPr>
        <w:pStyle w:val="Listapunktowana"/>
        <w:numPr>
          <w:ilvl w:val="0"/>
          <w:numId w:val="0"/>
        </w:numPr>
        <w:rPr>
          <w:noProof w:val="0"/>
          <w:lang w:val="en-US"/>
        </w:rPr>
      </w:pPr>
    </w:p>
    <w:p w:rsidR="30CEBBBF" w:rsidP="30CEBBBF" w:rsidRDefault="30CEBBBF" w14:paraId="5E162BEA" w14:textId="4C6F491D">
      <w:pPr>
        <w:pStyle w:val="Listapunktowana"/>
        <w:numPr>
          <w:ilvl w:val="0"/>
          <w:numId w:val="0"/>
        </w:numPr>
        <w:rPr>
          <w:noProof w:val="0"/>
          <w:lang w:val="en-US"/>
        </w:rPr>
      </w:pPr>
    </w:p>
    <w:p w:rsidR="30CEBBBF" w:rsidP="30CEBBBF" w:rsidRDefault="30CEBBBF" w14:paraId="7BB56971" w14:textId="28057C31">
      <w:pPr>
        <w:pStyle w:val="Listapunktowana"/>
        <w:numPr>
          <w:ilvl w:val="0"/>
          <w:numId w:val="0"/>
        </w:numPr>
        <w:rPr>
          <w:noProof w:val="0"/>
          <w:lang w:val="en-US"/>
        </w:rPr>
      </w:pPr>
    </w:p>
    <w:p w:rsidR="30CEBBBF" w:rsidP="30CEBBBF" w:rsidRDefault="30CEBBBF" w14:paraId="245A1D5C" w14:textId="2EC68EA7">
      <w:pPr>
        <w:pStyle w:val="Listapunktowana"/>
        <w:numPr>
          <w:ilvl w:val="0"/>
          <w:numId w:val="0"/>
        </w:numPr>
        <w:rPr>
          <w:noProof w:val="0"/>
          <w:lang w:val="en-US"/>
        </w:rPr>
      </w:pPr>
    </w:p>
    <w:p w:rsidR="30CEBBBF" w:rsidP="30CEBBBF" w:rsidRDefault="30CEBBBF" w14:paraId="186C86A0" w14:textId="621CD686">
      <w:pPr>
        <w:pStyle w:val="Listapunktowana"/>
        <w:numPr>
          <w:ilvl w:val="0"/>
          <w:numId w:val="0"/>
        </w:numPr>
        <w:rPr>
          <w:noProof w:val="0"/>
          <w:lang w:val="en-US"/>
        </w:rPr>
      </w:pPr>
    </w:p>
    <w:p xmlns:wp14="http://schemas.microsoft.com/office/word/2010/wordml" w:rsidR="005A7A8C" w:rsidRDefault="00813563" w14:paraId="60782E42" wp14:textId="77777777">
      <w:pPr>
        <w:pStyle w:val="Nagwek1"/>
      </w:pPr>
      <w:r>
        <w:t>3. Obszary oceniania</w:t>
      </w:r>
    </w:p>
    <w:tbl>
      <w:tblPr>
        <w:tblStyle w:val="Tabela-Siatka"/>
        <w:tblW w:w="9972" w:type="dxa"/>
        <w:jc w:val="center"/>
        <w:tblLook w:val="04A0" w:firstRow="1" w:lastRow="0" w:firstColumn="1" w:lastColumn="0" w:noHBand="0" w:noVBand="1"/>
      </w:tblPr>
      <w:tblGrid>
        <w:gridCol w:w="3855"/>
        <w:gridCol w:w="6117"/>
      </w:tblGrid>
      <w:tr xmlns:wp14="http://schemas.microsoft.com/office/word/2010/wordml" w:rsidR="005A7A8C" w:rsidTr="30CEBBBF" w14:paraId="07E0762F" wp14:textId="77777777">
        <w:trPr/>
        <w:tc>
          <w:tcPr>
            <w:tcW w:w="3855" w:type="dxa"/>
            <w:tcMar/>
          </w:tcPr>
          <w:p w:rsidR="005A7A8C" w:rsidP="6FFACB09" w:rsidRDefault="00813563" w14:paraId="238AE0A9" wp14:textId="77777777">
            <w:pPr>
              <w:rPr>
                <w:b w:val="1"/>
                <w:bCs w:val="1"/>
              </w:rPr>
            </w:pPr>
            <w:r w:rsidRPr="6FFACB09" w:rsidR="3FD71B2E">
              <w:rPr>
                <w:b w:val="1"/>
                <w:bCs w:val="1"/>
              </w:rPr>
              <w:t>Obszar</w:t>
            </w:r>
          </w:p>
        </w:tc>
        <w:tc>
          <w:tcPr>
            <w:tcW w:w="6117" w:type="dxa"/>
            <w:tcMar/>
          </w:tcPr>
          <w:p w:rsidR="005A7A8C" w:rsidP="6FFACB09" w:rsidRDefault="00813563" w14:paraId="3AE2C89F" wp14:textId="77777777">
            <w:pPr>
              <w:rPr>
                <w:b w:val="1"/>
                <w:bCs w:val="1"/>
              </w:rPr>
            </w:pPr>
            <w:r w:rsidRPr="6FFACB09" w:rsidR="3FD71B2E">
              <w:rPr>
                <w:b w:val="1"/>
                <w:bCs w:val="1"/>
              </w:rPr>
              <w:t>Co podlega obserwacji</w:t>
            </w:r>
          </w:p>
        </w:tc>
      </w:tr>
      <w:tr xmlns:wp14="http://schemas.microsoft.com/office/word/2010/wordml" w:rsidR="005A7A8C" w:rsidTr="30CEBBBF" w14:paraId="6AC3E435" wp14:textId="77777777">
        <w:trPr/>
        <w:tc>
          <w:tcPr>
            <w:tcW w:w="3855" w:type="dxa"/>
            <w:tcMar/>
          </w:tcPr>
          <w:p w:rsidR="005A7A8C" w:rsidRDefault="00813563" w14:paraId="4287320D" wp14:textId="77777777">
            <w:r>
              <w:t>Wysiłek i zaangażowanie</w:t>
            </w:r>
          </w:p>
        </w:tc>
        <w:tc>
          <w:tcPr>
            <w:tcW w:w="6117" w:type="dxa"/>
            <w:tcMar/>
          </w:tcPr>
          <w:p w:rsidR="005A7A8C" w:rsidRDefault="00813563" w14:paraId="3C2830AF" wp14:textId="77777777">
            <w:r>
              <w:t>Aktywny udział, podejmowanie prób, wykonywanie zadań na miarę możliwości, reagowanie na wskazówki i informację zwrotną.</w:t>
            </w:r>
          </w:p>
        </w:tc>
      </w:tr>
      <w:tr xmlns:wp14="http://schemas.microsoft.com/office/word/2010/wordml" w:rsidR="005A7A8C" w:rsidTr="30CEBBBF" w14:paraId="5FD41B61" wp14:textId="77777777">
        <w:trPr/>
        <w:tc>
          <w:tcPr>
            <w:tcW w:w="3855" w:type="dxa"/>
            <w:tcMar/>
          </w:tcPr>
          <w:p w:rsidR="005A7A8C" w:rsidRDefault="00813563" w14:paraId="38F77F61" wp14:textId="77777777">
            <w:r>
              <w:t xml:space="preserve">Systematyczność i </w:t>
            </w:r>
            <w:r>
              <w:t>przygotowanie</w:t>
            </w:r>
          </w:p>
        </w:tc>
        <w:tc>
          <w:tcPr>
            <w:tcW w:w="6117" w:type="dxa"/>
            <w:tcMar/>
          </w:tcPr>
          <w:p w:rsidR="005A7A8C" w:rsidRDefault="00813563" w14:paraId="318CEDF5" wp14:textId="77777777">
            <w:r>
              <w:t>Regularny udział w zajęciach, gotowość do bezpiecznego uczestnictwa oraz wywiązywanie się z uzgodnionych zadań.</w:t>
            </w:r>
          </w:p>
        </w:tc>
      </w:tr>
      <w:tr xmlns:wp14="http://schemas.microsoft.com/office/word/2010/wordml" w:rsidR="005A7A8C" w:rsidTr="30CEBBBF" w14:paraId="40F1574E" wp14:textId="77777777">
        <w:trPr/>
        <w:tc>
          <w:tcPr>
            <w:tcW w:w="3855" w:type="dxa"/>
            <w:tcMar/>
          </w:tcPr>
          <w:p w:rsidR="005A7A8C" w:rsidRDefault="00813563" w14:paraId="61684BF5" wp14:textId="77777777">
            <w:r>
              <w:t>Postęp</w:t>
            </w:r>
          </w:p>
        </w:tc>
        <w:tc>
          <w:tcPr>
            <w:tcW w:w="6117" w:type="dxa"/>
            <w:tcMar/>
          </w:tcPr>
          <w:p w:rsidR="005A7A8C" w:rsidRDefault="00813563" w14:paraId="5E49B15E" wp14:textId="77777777">
            <w:r>
              <w:t>Rozwój umiejętności i sprawności w odniesieniu do indywidualnych możliwości oraz wcześniejszych osiągnięć ucznia.</w:t>
            </w:r>
          </w:p>
        </w:tc>
      </w:tr>
      <w:tr xmlns:wp14="http://schemas.microsoft.com/office/word/2010/wordml" w:rsidR="005A7A8C" w:rsidTr="30CEBBBF" w14:paraId="2E5CCA4A" wp14:textId="77777777">
        <w:trPr/>
        <w:tc>
          <w:tcPr>
            <w:tcW w:w="3855" w:type="dxa"/>
            <w:tcMar/>
          </w:tcPr>
          <w:p w:rsidR="005A7A8C" w:rsidRDefault="00813563" w14:paraId="7BF93E75" wp14:textId="77777777">
            <w:r>
              <w:t>Umiejęt</w:t>
            </w:r>
            <w:r>
              <w:t>ności ruchowe</w:t>
            </w:r>
          </w:p>
        </w:tc>
        <w:tc>
          <w:tcPr>
            <w:tcW w:w="6117" w:type="dxa"/>
            <w:tcMar/>
          </w:tcPr>
          <w:p w:rsidR="005A7A8C" w:rsidRDefault="00813563" w14:paraId="061CC773" wp14:textId="77777777">
            <w:r>
              <w:t>Stopień opanowania i stosowania umiejętności wynikających z realizowanego programu i podstawy programowej.</w:t>
            </w:r>
          </w:p>
        </w:tc>
      </w:tr>
      <w:tr xmlns:wp14="http://schemas.microsoft.com/office/word/2010/wordml" w:rsidR="005A7A8C" w:rsidTr="30CEBBBF" w14:paraId="6B338B48" wp14:textId="77777777">
        <w:trPr/>
        <w:tc>
          <w:tcPr>
            <w:tcW w:w="3855" w:type="dxa"/>
            <w:tcMar/>
          </w:tcPr>
          <w:p w:rsidR="005A7A8C" w:rsidRDefault="00813563" w14:paraId="69AB166C" wp14:textId="77777777">
            <w:r>
              <w:t>Wiadomości</w:t>
            </w:r>
          </w:p>
        </w:tc>
        <w:tc>
          <w:tcPr>
            <w:tcW w:w="6117" w:type="dxa"/>
            <w:tcMar/>
          </w:tcPr>
          <w:p w:rsidR="005A7A8C" w:rsidRDefault="00813563" w14:paraId="02083E9D" wp14:textId="77777777">
            <w:r>
              <w:t>Bezpieczeństwo, higiena, zdrowy styl życia, zasady aktywności fizycznej i przepisy realizowanych form ruchu.</w:t>
            </w:r>
          </w:p>
        </w:tc>
      </w:tr>
      <w:tr xmlns:wp14="http://schemas.microsoft.com/office/word/2010/wordml" w:rsidR="005A7A8C" w:rsidTr="30CEBBBF" w14:paraId="1FDC67C7" wp14:textId="77777777">
        <w:trPr/>
        <w:tc>
          <w:tcPr>
            <w:tcW w:w="3855" w:type="dxa"/>
            <w:tcMar/>
          </w:tcPr>
          <w:p w:rsidR="005A7A8C" w:rsidRDefault="00813563" w14:paraId="7B1544F9" wp14:textId="77777777">
            <w:r>
              <w:t>Postawa społe</w:t>
            </w:r>
            <w:r>
              <w:t>czna</w:t>
            </w:r>
          </w:p>
        </w:tc>
        <w:tc>
          <w:tcPr>
            <w:tcW w:w="6117" w:type="dxa"/>
            <w:tcMar/>
          </w:tcPr>
          <w:p w:rsidR="005A7A8C" w:rsidRDefault="00813563" w14:paraId="44969337" wp14:textId="77777777">
            <w:r>
              <w:t>Współpraca, szacunek, odpowiedzialność, fair play, przestrzeganie zasad bezpieczeństwa.</w:t>
            </w:r>
          </w:p>
        </w:tc>
      </w:tr>
      <w:tr xmlns:wp14="http://schemas.microsoft.com/office/word/2010/wordml" w:rsidR="005A7A8C" w:rsidTr="30CEBBBF" w14:paraId="54E701C5" wp14:textId="77777777">
        <w:trPr/>
        <w:tc>
          <w:tcPr>
            <w:tcW w:w="3855" w:type="dxa"/>
            <w:tcMar/>
          </w:tcPr>
          <w:p w:rsidR="005A7A8C" w:rsidRDefault="00813563" w14:paraId="1D6D5C54" wp14:textId="77777777">
            <w:r>
              <w:t>Aktywność na rzecz kultury fizycznej</w:t>
            </w:r>
          </w:p>
        </w:tc>
        <w:tc>
          <w:tcPr>
            <w:tcW w:w="6117" w:type="dxa"/>
            <w:tcMar/>
          </w:tcPr>
          <w:p w:rsidR="005A7A8C" w:rsidRDefault="00813563" w14:paraId="1A53F386" wp14:textId="77777777">
            <w:r>
              <w:t>Udział w wydarzeniach i inicjatywach sportowo-rekreacyjnych organizowanych przez szkołę; ma charakter dodatkowy i może być uw</w:t>
            </w:r>
            <w:r>
              <w:t>zględniony pozytywnie.</w:t>
            </w:r>
          </w:p>
        </w:tc>
      </w:tr>
    </w:tbl>
    <w:p xmlns:wp14="http://schemas.microsoft.com/office/word/2010/wordml" w:rsidR="005A7A8C" w:rsidRDefault="00813563" w14:paraId="1DD47DE3" wp14:textId="77777777">
      <w:pPr>
        <w:pStyle w:val="Nagwek1"/>
      </w:pPr>
      <w:r>
        <w:t>4. Wymagania edukacyjne na poszczególne oceny</w:t>
      </w:r>
    </w:p>
    <w:p xmlns:wp14="http://schemas.microsoft.com/office/word/2010/wordml" w:rsidR="005A7A8C" w:rsidRDefault="00813563" w14:paraId="488DA2B0" wp14:textId="77777777">
      <w:pPr>
        <w:pStyle w:val="Nagwek2"/>
      </w:pPr>
      <w:r>
        <w:t>6 – celujący</w:t>
      </w:r>
    </w:p>
    <w:p xmlns:wp14="http://schemas.microsoft.com/office/word/2010/wordml" w:rsidR="005A7A8C" w:rsidRDefault="00813563" w14:paraId="692F25FF" wp14:textId="479BA9DA">
      <w:r w:rsidR="48668259">
        <w:rPr/>
        <w:t>Uczeń</w:t>
      </w:r>
      <w:r w:rsidR="48668259">
        <w:rPr/>
        <w:t xml:space="preserve"> </w:t>
      </w:r>
      <w:r w:rsidR="48668259">
        <w:rPr/>
        <w:t>systematycznie</w:t>
      </w:r>
      <w:r w:rsidR="48668259">
        <w:rPr/>
        <w:t xml:space="preserve"> </w:t>
      </w:r>
      <w:r w:rsidR="48668259">
        <w:rPr/>
        <w:t>i</w:t>
      </w:r>
      <w:r w:rsidR="48668259">
        <w:rPr/>
        <w:t xml:space="preserve"> </w:t>
      </w:r>
      <w:r w:rsidR="48668259">
        <w:rPr/>
        <w:t>aktywnie</w:t>
      </w:r>
      <w:r w:rsidR="48668259">
        <w:rPr/>
        <w:t xml:space="preserve"> </w:t>
      </w:r>
      <w:r w:rsidR="48668259">
        <w:rPr/>
        <w:t>uczestniczy</w:t>
      </w:r>
      <w:r w:rsidR="48668259">
        <w:rPr/>
        <w:t xml:space="preserve"> w </w:t>
      </w:r>
      <w:r w:rsidR="48668259">
        <w:rPr/>
        <w:t>zajęciach</w:t>
      </w:r>
      <w:r w:rsidR="48668259">
        <w:rPr/>
        <w:t xml:space="preserve">, </w:t>
      </w:r>
      <w:r w:rsidR="48668259">
        <w:rPr/>
        <w:t>podejmuje</w:t>
      </w:r>
      <w:r w:rsidR="48668259">
        <w:rPr/>
        <w:t xml:space="preserve"> </w:t>
      </w:r>
      <w:r w:rsidR="48668259">
        <w:rPr/>
        <w:t>maksymalny</w:t>
      </w:r>
      <w:r w:rsidR="48668259">
        <w:rPr/>
        <w:t xml:space="preserve"> </w:t>
      </w:r>
      <w:r w:rsidR="48668259">
        <w:rPr/>
        <w:t>możliwy</w:t>
      </w:r>
      <w:r w:rsidR="48668259">
        <w:rPr/>
        <w:t xml:space="preserve"> </w:t>
      </w:r>
      <w:r w:rsidR="48668259">
        <w:rPr/>
        <w:t>dla</w:t>
      </w:r>
      <w:r w:rsidR="48668259">
        <w:rPr/>
        <w:t xml:space="preserve"> </w:t>
      </w:r>
      <w:r w:rsidR="48668259">
        <w:rPr/>
        <w:t>siebie</w:t>
      </w:r>
      <w:r w:rsidR="48668259">
        <w:rPr/>
        <w:t xml:space="preserve"> </w:t>
      </w:r>
      <w:r w:rsidR="48668259">
        <w:rPr/>
        <w:t>wysiłek</w:t>
      </w:r>
      <w:r w:rsidR="48668259">
        <w:rPr/>
        <w:t xml:space="preserve">, </w:t>
      </w:r>
      <w:r w:rsidR="48668259">
        <w:rPr/>
        <w:t>samodzielnie</w:t>
      </w:r>
      <w:r w:rsidR="48668259">
        <w:rPr/>
        <w:t xml:space="preserve"> </w:t>
      </w:r>
      <w:r w:rsidR="48668259">
        <w:rPr/>
        <w:t>wykorzystuje</w:t>
      </w:r>
      <w:r w:rsidR="48668259">
        <w:rPr/>
        <w:t xml:space="preserve"> </w:t>
      </w:r>
      <w:r w:rsidR="48668259">
        <w:rPr/>
        <w:t>poznane</w:t>
      </w:r>
      <w:r w:rsidR="48668259">
        <w:rPr/>
        <w:t xml:space="preserve"> </w:t>
      </w:r>
      <w:r w:rsidR="48668259">
        <w:rPr/>
        <w:t>umiejętności</w:t>
      </w:r>
      <w:r w:rsidR="48668259">
        <w:rPr/>
        <w:t xml:space="preserve"> </w:t>
      </w:r>
      <w:r w:rsidR="48668259">
        <w:rPr/>
        <w:t>i</w:t>
      </w:r>
      <w:r w:rsidR="48668259">
        <w:rPr/>
        <w:t xml:space="preserve"> </w:t>
      </w:r>
      <w:r w:rsidR="48668259">
        <w:rPr/>
        <w:t>wiadomości</w:t>
      </w:r>
      <w:r w:rsidR="48668259">
        <w:rPr/>
        <w:t xml:space="preserve">, </w:t>
      </w:r>
      <w:r w:rsidR="48668259">
        <w:rPr/>
        <w:t>wykazuje</w:t>
      </w:r>
      <w:r w:rsidR="48668259">
        <w:rPr/>
        <w:t xml:space="preserve"> </w:t>
      </w:r>
      <w:r w:rsidR="48668259">
        <w:rPr/>
        <w:t>inicjatywę</w:t>
      </w:r>
      <w:r w:rsidR="48668259">
        <w:rPr/>
        <w:t xml:space="preserve">, </w:t>
      </w:r>
      <w:r w:rsidR="48668259">
        <w:rPr/>
        <w:t>odpowiedzialność</w:t>
      </w:r>
      <w:r w:rsidR="48668259">
        <w:rPr/>
        <w:t xml:space="preserve"> </w:t>
      </w:r>
      <w:r w:rsidR="48668259">
        <w:rPr/>
        <w:t>i</w:t>
      </w:r>
      <w:r w:rsidR="48668259">
        <w:rPr/>
        <w:t xml:space="preserve"> </w:t>
      </w:r>
      <w:r w:rsidR="48668259">
        <w:rPr/>
        <w:t>postawę</w:t>
      </w:r>
      <w:r w:rsidR="48668259">
        <w:rPr/>
        <w:t xml:space="preserve"> fair play </w:t>
      </w:r>
      <w:r w:rsidR="48668259">
        <w:rPr/>
        <w:t>oraz</w:t>
      </w:r>
      <w:r w:rsidR="48668259">
        <w:rPr/>
        <w:t xml:space="preserve"> </w:t>
      </w:r>
      <w:r w:rsidR="48668259">
        <w:rPr/>
        <w:t>osiąga</w:t>
      </w:r>
      <w:r w:rsidR="48668259">
        <w:rPr/>
        <w:t xml:space="preserve"> </w:t>
      </w:r>
      <w:r w:rsidR="48668259">
        <w:rPr/>
        <w:t>wyraźny</w:t>
      </w:r>
      <w:r w:rsidR="48668259">
        <w:rPr/>
        <w:t xml:space="preserve"> </w:t>
      </w:r>
      <w:r w:rsidR="48668259">
        <w:rPr/>
        <w:t>postęp</w:t>
      </w:r>
      <w:r w:rsidR="48668259">
        <w:rPr/>
        <w:t xml:space="preserve"> </w:t>
      </w:r>
      <w:r w:rsidR="48668259">
        <w:rPr/>
        <w:t>adekwatny</w:t>
      </w:r>
      <w:r w:rsidR="48668259">
        <w:rPr/>
        <w:t xml:space="preserve"> do </w:t>
      </w:r>
      <w:r w:rsidR="48668259">
        <w:rPr/>
        <w:t>swoich</w:t>
      </w:r>
      <w:r w:rsidR="48668259">
        <w:rPr/>
        <w:t xml:space="preserve"> </w:t>
      </w:r>
      <w:r w:rsidR="48668259">
        <w:rPr/>
        <w:t>możliwości</w:t>
      </w:r>
      <w:r w:rsidR="48668259">
        <w:rPr/>
        <w:t xml:space="preserve">. </w:t>
      </w:r>
      <w:r w:rsidR="48668259">
        <w:rPr/>
        <w:t>Jego</w:t>
      </w:r>
      <w:r w:rsidR="48668259">
        <w:rPr/>
        <w:t xml:space="preserve"> </w:t>
      </w:r>
      <w:r w:rsidR="48668259">
        <w:rPr/>
        <w:t>aktywność</w:t>
      </w:r>
      <w:r w:rsidR="48668259">
        <w:rPr/>
        <w:t xml:space="preserve"> </w:t>
      </w:r>
      <w:r w:rsidR="48668259">
        <w:rPr/>
        <w:t>wyraźnie</w:t>
      </w:r>
      <w:r w:rsidR="48668259">
        <w:rPr/>
        <w:t xml:space="preserve"> </w:t>
      </w:r>
      <w:r w:rsidR="48668259">
        <w:rPr/>
        <w:t>wykracza</w:t>
      </w:r>
      <w:r w:rsidR="48668259">
        <w:rPr/>
        <w:t xml:space="preserve"> </w:t>
      </w:r>
      <w:r w:rsidR="48668259">
        <w:rPr/>
        <w:t>poza</w:t>
      </w:r>
      <w:r w:rsidR="48668259">
        <w:rPr/>
        <w:t xml:space="preserve"> </w:t>
      </w:r>
      <w:r w:rsidR="48668259">
        <w:rPr/>
        <w:t>poziom</w:t>
      </w:r>
      <w:r w:rsidR="48668259">
        <w:rPr/>
        <w:t xml:space="preserve"> </w:t>
      </w:r>
      <w:r w:rsidR="48668259">
        <w:rPr/>
        <w:t>podstawowy</w:t>
      </w:r>
      <w:r w:rsidR="48668259">
        <w:rPr/>
        <w:t xml:space="preserve"> </w:t>
      </w:r>
      <w:r w:rsidR="48668259">
        <w:rPr/>
        <w:t>realizowanych</w:t>
      </w:r>
      <w:r w:rsidR="48668259">
        <w:rPr/>
        <w:t xml:space="preserve"> </w:t>
      </w:r>
      <w:r w:rsidR="48668259">
        <w:rPr/>
        <w:t>wymagań</w:t>
      </w:r>
      <w:r w:rsidR="48668259">
        <w:rPr/>
        <w:t xml:space="preserve">. </w:t>
      </w:r>
      <w:r w:rsidR="48668259">
        <w:rPr/>
        <w:t>Ocena</w:t>
      </w:r>
      <w:r w:rsidR="48668259">
        <w:rPr/>
        <w:t xml:space="preserve"> </w:t>
      </w:r>
      <w:r w:rsidR="48668259">
        <w:rPr/>
        <w:t>nie</w:t>
      </w:r>
      <w:r w:rsidR="48668259">
        <w:rPr/>
        <w:t xml:space="preserve"> jest </w:t>
      </w:r>
      <w:r w:rsidR="48668259">
        <w:rPr/>
        <w:t>uzależniona</w:t>
      </w:r>
      <w:r w:rsidR="48668259">
        <w:rPr/>
        <w:t xml:space="preserve"> od </w:t>
      </w:r>
      <w:r w:rsidR="48668259">
        <w:rPr/>
        <w:t>wybitnych</w:t>
      </w:r>
      <w:r w:rsidR="48668259">
        <w:rPr/>
        <w:t xml:space="preserve"> </w:t>
      </w:r>
      <w:r w:rsidR="48668259">
        <w:rPr/>
        <w:t>wyników</w:t>
      </w:r>
      <w:r w:rsidR="48668259">
        <w:rPr/>
        <w:t xml:space="preserve"> </w:t>
      </w:r>
      <w:r w:rsidR="48668259">
        <w:rPr/>
        <w:t>sportowych</w:t>
      </w:r>
      <w:r w:rsidR="2074819C">
        <w:rPr/>
        <w:t>.</w:t>
      </w:r>
    </w:p>
    <w:p xmlns:wp14="http://schemas.microsoft.com/office/word/2010/wordml" w:rsidR="005A7A8C" w:rsidRDefault="00813563" w14:paraId="235C30DB" wp14:textId="77777777">
      <w:pPr>
        <w:pStyle w:val="Nagwek2"/>
      </w:pPr>
      <w:r>
        <w:t>5 – bardzo dobry</w:t>
      </w:r>
    </w:p>
    <w:p xmlns:wp14="http://schemas.microsoft.com/office/word/2010/wordml" w:rsidR="005A7A8C" w:rsidRDefault="00813563" w14:paraId="16F05F9C" wp14:textId="77777777">
      <w:r>
        <w:t>Uczeń bardzo dobrze wywiązuje się z obowiązków, jest systematyczny, aktywny i zaangażowany, poprawnie wykonuje większość wymaganych umiejętności, zna i stosuje zasady bezpieczeństwa, współpracuje z zespołem oraz wykazuje postęp adekwatny d</w:t>
      </w:r>
      <w:r>
        <w:t>o możliwości.</w:t>
      </w:r>
    </w:p>
    <w:p xmlns:wp14="http://schemas.microsoft.com/office/word/2010/wordml" w:rsidR="005A7A8C" w:rsidRDefault="00813563" w14:paraId="69318644" wp14:textId="77777777">
      <w:pPr>
        <w:pStyle w:val="Nagwek2"/>
      </w:pPr>
      <w:r>
        <w:t>4 – dobry</w:t>
      </w:r>
    </w:p>
    <w:p xmlns:wp14="http://schemas.microsoft.com/office/word/2010/wordml" w:rsidR="005A7A8C" w:rsidRDefault="00813563" w14:paraId="5114E76B" wp14:textId="77777777">
      <w:r>
        <w:t>Uczeń na ogół systematycznie uczestniczy w zajęciach i podejmuje wysiłek, poprawnie wykonuje podstawowe i większość realizowanych zadań, zna najważniejsze zasady bezpieczeństwa i wykazuje zauważalny postęp.</w:t>
      </w:r>
    </w:p>
    <w:p xmlns:wp14="http://schemas.microsoft.com/office/word/2010/wordml" w:rsidR="005A7A8C" w:rsidRDefault="00813563" w14:paraId="4AA7F97F" wp14:textId="77777777">
      <w:pPr>
        <w:pStyle w:val="Nagwek2"/>
      </w:pPr>
      <w:r>
        <w:t>3 – dostateczny</w:t>
      </w:r>
    </w:p>
    <w:p xmlns:wp14="http://schemas.microsoft.com/office/word/2010/wordml" w:rsidR="005A7A8C" w:rsidRDefault="00813563" w14:paraId="0CFE51A9" wp14:textId="77777777">
      <w:r>
        <w:t>Uczeń spe</w:t>
      </w:r>
      <w:r>
        <w:t>łnia podstawowe wymagania, wykonuje proste zadania po instruktażu, zna podstawowe zasady bezpieczeństwa i podejmuje pracę nad poprawą swoich umiejętności, mimo występujących braków w systematyczności lub aktywności.</w:t>
      </w:r>
    </w:p>
    <w:p xmlns:wp14="http://schemas.microsoft.com/office/word/2010/wordml" w:rsidR="005A7A8C" w:rsidRDefault="00813563" w14:paraId="70FA6DA0" wp14:textId="77777777">
      <w:pPr>
        <w:pStyle w:val="Nagwek2"/>
      </w:pPr>
      <w:r>
        <w:t>2 – dopuszczający</w:t>
      </w:r>
    </w:p>
    <w:p xmlns:wp14="http://schemas.microsoft.com/office/word/2010/wordml" w:rsidR="005A7A8C" w:rsidRDefault="00813563" w14:paraId="281289D1" wp14:textId="77777777">
      <w:r>
        <w:t xml:space="preserve">Uczeń spełnia jedynie </w:t>
      </w:r>
      <w:r>
        <w:t>niezbędne wymagania, nieregularnie angażuje się w pracę lub często wymaga zachęty i pomocy, opanował część podstawowych umiejętności i wiadomości oraz podejmuje próby wykonywania zadań.</w:t>
      </w:r>
    </w:p>
    <w:p xmlns:wp14="http://schemas.microsoft.com/office/word/2010/wordml" w:rsidR="005A7A8C" w:rsidRDefault="00813563" w14:paraId="1FF13B09" wp14:textId="77777777">
      <w:pPr>
        <w:pStyle w:val="Nagwek2"/>
      </w:pPr>
      <w:r>
        <w:t>1 – niedostateczny</w:t>
      </w:r>
    </w:p>
    <w:p xmlns:wp14="http://schemas.microsoft.com/office/word/2010/wordml" w:rsidR="005A7A8C" w:rsidRDefault="00813563" w14:paraId="1E4682E0" wp14:textId="77777777">
      <w:r w:rsidR="48668259">
        <w:rPr/>
        <w:t>Uczeń mimo działań wspierających i podejmowanych pr</w:t>
      </w:r>
      <w:r w:rsidR="48668259">
        <w:rPr/>
        <w:t>zez nauczyciela prób pomocy uporczywie nie podejmuje podstawowego wysiłku lub nie realizuje minimalnych wymagań możliwych do wykonania. Ocena nie może wynikać wyłącznie z niskiej sprawności fizycznej, ograniczeń zdrowotnych, niepełnosprawności, pojedynczeg</w:t>
      </w:r>
      <w:r w:rsidR="48668259">
        <w:rPr/>
        <w:t>o wyniku testu ani jednorazowego braku stroju.</w:t>
      </w:r>
    </w:p>
    <w:p w:rsidR="3A18F0AB" w:rsidP="30CEBBBF" w:rsidRDefault="3A18F0AB" w14:paraId="1A318C92" w14:textId="4468D713">
      <w:pPr>
        <w:pStyle w:val="Bezodstpw"/>
        <w:rPr>
          <w:b w:val="1"/>
          <w:bCs w:val="1"/>
          <w:color w:val="4F81BD" w:themeColor="accent1" w:themeTint="FF" w:themeShade="FF"/>
          <w:sz w:val="24"/>
          <w:szCs w:val="24"/>
        </w:rPr>
      </w:pPr>
      <w:r w:rsidRPr="30CEBBBF" w:rsidR="3A18F0AB">
        <w:rPr>
          <w:b w:val="1"/>
          <w:bCs w:val="1"/>
          <w:color w:val="4F81BD" w:themeColor="accent1" w:themeTint="FF" w:themeShade="FF"/>
          <w:sz w:val="24"/>
          <w:szCs w:val="24"/>
        </w:rPr>
        <w:t>Aktywność:</w:t>
      </w:r>
    </w:p>
    <w:p w:rsidR="3A18F0AB" w:rsidP="30CEBBBF" w:rsidRDefault="3A18F0AB" w14:paraId="71AADB7B" w14:textId="19A0A095">
      <w:pPr>
        <w:pStyle w:val="Bezodstpw"/>
      </w:pPr>
      <w:r w:rsidR="3A18F0AB">
        <w:rPr/>
        <w:t>Uczeń</w:t>
      </w:r>
      <w:r w:rsidR="3A18F0AB">
        <w:rPr/>
        <w:t xml:space="preserve"> </w:t>
      </w:r>
      <w:r w:rsidR="3A18F0AB">
        <w:rPr/>
        <w:t>może</w:t>
      </w:r>
      <w:r w:rsidR="3A18F0AB">
        <w:rPr/>
        <w:t xml:space="preserve"> </w:t>
      </w:r>
      <w:r w:rsidR="3A18F0AB">
        <w:rPr/>
        <w:t>otrzymać</w:t>
      </w:r>
      <w:r w:rsidR="3A18F0AB">
        <w:rPr/>
        <w:t xml:space="preserve"> </w:t>
      </w:r>
      <w:r w:rsidR="3A18F0AB">
        <w:rPr/>
        <w:t>od</w:t>
      </w:r>
      <w:r w:rsidR="3A18F0AB">
        <w:rPr/>
        <w:t xml:space="preserve"> </w:t>
      </w:r>
      <w:r w:rsidR="3A18F0AB">
        <w:rPr/>
        <w:t>nauczyciela</w:t>
      </w:r>
      <w:r w:rsidR="3A18F0AB">
        <w:rPr/>
        <w:t xml:space="preserve"> </w:t>
      </w:r>
      <w:r w:rsidR="43F978F5">
        <w:rPr/>
        <w:t>zamiast</w:t>
      </w:r>
      <w:r w:rsidR="43F978F5">
        <w:rPr/>
        <w:t xml:space="preserve"> </w:t>
      </w:r>
      <w:r w:rsidR="43F978F5">
        <w:rPr/>
        <w:t>oceny</w:t>
      </w:r>
      <w:r w:rsidR="43F978F5">
        <w:rPr/>
        <w:t xml:space="preserve"> “+” </w:t>
      </w:r>
      <w:r w:rsidR="43F978F5">
        <w:rPr/>
        <w:t>lub</w:t>
      </w:r>
      <w:r w:rsidR="43F978F5">
        <w:rPr/>
        <w:t xml:space="preserve"> “-” </w:t>
      </w:r>
      <w:r w:rsidR="4124B033">
        <w:rPr/>
        <w:t xml:space="preserve">w </w:t>
      </w:r>
      <w:r w:rsidR="43F978F5">
        <w:rPr/>
        <w:t>zależności</w:t>
      </w:r>
      <w:r w:rsidR="43F978F5">
        <w:rPr/>
        <w:t xml:space="preserve"> </w:t>
      </w:r>
      <w:r w:rsidR="43F978F5">
        <w:rPr/>
        <w:t>od</w:t>
      </w:r>
      <w:r w:rsidR="43F978F5">
        <w:rPr/>
        <w:t xml:space="preserve"> </w:t>
      </w:r>
      <w:r w:rsidR="43F978F5">
        <w:rPr/>
        <w:t>zaangażowania</w:t>
      </w:r>
      <w:r w:rsidR="43F978F5">
        <w:rPr/>
        <w:t xml:space="preserve">. </w:t>
      </w:r>
    </w:p>
    <w:p w:rsidR="43F978F5" w:rsidP="30CEBBBF" w:rsidRDefault="43F978F5" w14:paraId="5970769C" w14:textId="1B471FA8">
      <w:pPr>
        <w:pStyle w:val="Bezodstpw"/>
      </w:pPr>
      <w:r w:rsidR="43F978F5">
        <w:rPr/>
        <w:t xml:space="preserve">Za </w:t>
      </w:r>
      <w:r w:rsidR="43F978F5">
        <w:rPr/>
        <w:t>trzy</w:t>
      </w:r>
      <w:r w:rsidR="43F978F5">
        <w:rPr/>
        <w:t xml:space="preserve"> </w:t>
      </w:r>
      <w:r w:rsidR="43F978F5">
        <w:rPr/>
        <w:t>minusy</w:t>
      </w:r>
      <w:r w:rsidR="43F978F5">
        <w:rPr/>
        <w:t xml:space="preserve"> </w:t>
      </w:r>
      <w:r w:rsidR="43F978F5">
        <w:rPr/>
        <w:t>uczeń</w:t>
      </w:r>
      <w:r w:rsidR="43F978F5">
        <w:rPr/>
        <w:t xml:space="preserve"> </w:t>
      </w:r>
      <w:r w:rsidR="43F978F5">
        <w:rPr/>
        <w:t>otrzymuję</w:t>
      </w:r>
      <w:r w:rsidR="43F978F5">
        <w:rPr/>
        <w:t xml:space="preserve"> </w:t>
      </w:r>
      <w:r w:rsidR="43F978F5">
        <w:rPr/>
        <w:t>ocenę</w:t>
      </w:r>
      <w:r w:rsidR="43F978F5">
        <w:rPr/>
        <w:t xml:space="preserve"> </w:t>
      </w:r>
      <w:r w:rsidR="43F978F5">
        <w:rPr/>
        <w:t>niedostateczną</w:t>
      </w:r>
      <w:r w:rsidR="43F978F5">
        <w:rPr/>
        <w:t xml:space="preserve">, za trzy plusy ocenę bardzo dobrą. </w:t>
      </w:r>
    </w:p>
    <w:p xmlns:wp14="http://schemas.microsoft.com/office/word/2010/wordml" w:rsidR="005A7A8C" w:rsidRDefault="00813563" w14:paraId="537B8F49" wp14:textId="77777777">
      <w:pPr>
        <w:pStyle w:val="Nagwek1"/>
      </w:pPr>
      <w:r>
        <w:t>5. Wymagania szczegółowe – klasy IV–VIII</w:t>
      </w:r>
    </w:p>
    <w:p xmlns:wp14="http://schemas.microsoft.com/office/word/2010/wordml" w:rsidR="005A7A8C" w:rsidRDefault="00813563" w14:paraId="74A21263" wp14:textId="77777777">
      <w:pPr>
        <w:pStyle w:val="Nagwek2"/>
      </w:pPr>
      <w:r>
        <w:t>Klasa IV (rok wdrażania nowej podstawy programowej)</w:t>
      </w:r>
    </w:p>
    <w:p xmlns:wp14="http://schemas.microsoft.com/office/word/2010/wordml" w:rsidR="005A7A8C" w:rsidRDefault="00813563" w14:paraId="484B9AA3" wp14:textId="77777777">
      <w:pPr>
        <w:pStyle w:val="Listapunktowana"/>
        <w:rPr/>
      </w:pPr>
      <w:r w:rsidR="48668259">
        <w:rPr/>
        <w:t xml:space="preserve">wykonuje ćwiczenia ogólnorozwojowe rozwijające zdolności motoryczne, równowagę, koordynację oraz wspierające </w:t>
      </w:r>
      <w:r w:rsidR="48668259">
        <w:rPr/>
        <w:t>prawidłową postawę ciała;</w:t>
      </w:r>
    </w:p>
    <w:p xmlns:wp14="http://schemas.microsoft.com/office/word/2010/wordml" w:rsidR="005A7A8C" w:rsidRDefault="00813563" w14:paraId="473B373E" wp14:textId="77777777">
      <w:pPr>
        <w:pStyle w:val="Listapunktowana"/>
        <w:rPr/>
      </w:pPr>
      <w:r w:rsidR="48668259">
        <w:rPr/>
        <w:t>stosuje podstawowe elementy techniczne gier zespołowych i rekreacyjnych w formach dostosowanych do wieku i możliwości;</w:t>
      </w:r>
    </w:p>
    <w:p xmlns:wp14="http://schemas.microsoft.com/office/word/2010/wordml" w:rsidR="005A7A8C" w:rsidRDefault="00813563" w14:paraId="59DAF858" wp14:textId="77777777">
      <w:pPr>
        <w:pStyle w:val="Listapunktowana"/>
        <w:rPr/>
      </w:pPr>
      <w:r w:rsidR="48668259">
        <w:rPr/>
        <w:t>wykonuje podstawowe formy ruchu oraz zadania z zakresu lekkoatletyki, gimnastyki, rytmiki i rekreacji realizowa</w:t>
      </w:r>
      <w:r w:rsidR="48668259">
        <w:rPr/>
        <w:t>ne w programie;</w:t>
      </w:r>
    </w:p>
    <w:p xmlns:wp14="http://schemas.microsoft.com/office/word/2010/wordml" w:rsidR="005A7A8C" w:rsidRDefault="00813563" w14:paraId="58AE6ABD" wp14:textId="77777777">
      <w:pPr>
        <w:pStyle w:val="Listapunktowana"/>
        <w:rPr/>
      </w:pPr>
      <w:r w:rsidR="48668259">
        <w:rPr/>
        <w:t>zna i stosuje podstawowe zasady bezpieczeństwa, higieny, rozgrzewki, odpoczynku i nawodnienia;</w:t>
      </w:r>
    </w:p>
    <w:p xmlns:wp14="http://schemas.microsoft.com/office/word/2010/wordml" w:rsidR="005A7A8C" w:rsidRDefault="00813563" w14:paraId="4D0E20A4" wp14:textId="77777777">
      <w:pPr>
        <w:pStyle w:val="Listapunktowana"/>
        <w:rPr/>
      </w:pPr>
      <w:r w:rsidR="48668259">
        <w:rPr/>
        <w:t>współpracuje w parach i zespołach oraz respektuje zasady fair play;</w:t>
      </w:r>
    </w:p>
    <w:p xmlns:wp14="http://schemas.microsoft.com/office/word/2010/wordml" w:rsidR="005A7A8C" w:rsidRDefault="00813563" w14:paraId="09F4CD6C" wp14:textId="77777777">
      <w:pPr>
        <w:pStyle w:val="Listapunktowana"/>
        <w:rPr/>
      </w:pPr>
      <w:r w:rsidR="48668259">
        <w:rPr/>
        <w:t>podejmuje aktywność na miarę możliwości i potrafi zauważyć własny postęp.</w:t>
      </w:r>
    </w:p>
    <w:p xmlns:wp14="http://schemas.microsoft.com/office/word/2010/wordml" w:rsidR="005A7A8C" w:rsidRDefault="00813563" w14:paraId="560B6DA2" wp14:textId="77777777">
      <w:pPr>
        <w:pStyle w:val="Nagwek2"/>
      </w:pPr>
      <w:r>
        <w:t>Kla</w:t>
      </w:r>
      <w:r>
        <w:t>sa V</w:t>
      </w:r>
    </w:p>
    <w:p xmlns:wp14="http://schemas.microsoft.com/office/word/2010/wordml" w:rsidR="005A7A8C" w:rsidRDefault="00813563" w14:paraId="2CC7C216" wp14:textId="77777777">
      <w:pPr>
        <w:pStyle w:val="Listapunktowana"/>
        <w:rPr/>
      </w:pPr>
      <w:r w:rsidR="48668259">
        <w:rPr/>
        <w:t>doskonali podstawowe umiejętności ruchowe i wykorzystuje je w sytuacjach zadaniowych oraz grach;</w:t>
      </w:r>
    </w:p>
    <w:p xmlns:wp14="http://schemas.microsoft.com/office/word/2010/wordml" w:rsidR="005A7A8C" w:rsidRDefault="00813563" w14:paraId="43E42A84" wp14:textId="77777777">
      <w:pPr>
        <w:pStyle w:val="Listapunktowana"/>
        <w:rPr/>
      </w:pPr>
      <w:r w:rsidR="48668259">
        <w:rPr/>
        <w:t>stosuje poznane elementy techniczne i podstawowe zasady taktyczne w realizowanych formach aktywności;</w:t>
      </w:r>
    </w:p>
    <w:p xmlns:wp14="http://schemas.microsoft.com/office/word/2010/wordml" w:rsidR="005A7A8C" w:rsidRDefault="00813563" w14:paraId="17D39F03" wp14:textId="77777777">
      <w:pPr>
        <w:pStyle w:val="Listapunktowana"/>
        <w:rPr/>
      </w:pPr>
      <w:r w:rsidR="48668259">
        <w:rPr/>
        <w:t xml:space="preserve">rozumie znaczenie regularnej aktywności dla zdrowia </w:t>
      </w:r>
      <w:r w:rsidR="48668259">
        <w:rPr/>
        <w:t>i zna podstawowe sposoby zapobiegania przeciążeniom;</w:t>
      </w:r>
    </w:p>
    <w:p xmlns:wp14="http://schemas.microsoft.com/office/word/2010/wordml" w:rsidR="005A7A8C" w:rsidRDefault="00813563" w14:paraId="75F18336" wp14:textId="77777777">
      <w:pPr>
        <w:pStyle w:val="Listapunktowana"/>
        <w:rPr/>
      </w:pPr>
      <w:r w:rsidR="48668259">
        <w:rPr/>
        <w:t>przestrzega zasad bezpiecznej pracy i współdziałania;</w:t>
      </w:r>
    </w:p>
    <w:p xmlns:wp14="http://schemas.microsoft.com/office/word/2010/wordml" w:rsidR="005A7A8C" w:rsidRDefault="00813563" w14:paraId="772700E9" wp14:textId="77777777">
      <w:pPr>
        <w:pStyle w:val="Listapunktowana"/>
        <w:rPr/>
      </w:pPr>
      <w:r w:rsidR="48668259">
        <w:rPr/>
        <w:t>monitoruje własny postęp z pomocą nauczyciela i formułuje proste cele.</w:t>
      </w:r>
    </w:p>
    <w:p xmlns:wp14="http://schemas.microsoft.com/office/word/2010/wordml" w:rsidR="005A7A8C" w:rsidRDefault="00813563" w14:paraId="55135AE2" wp14:textId="77777777">
      <w:pPr>
        <w:pStyle w:val="Nagwek2"/>
      </w:pPr>
      <w:r>
        <w:t>Klasa VI</w:t>
      </w:r>
    </w:p>
    <w:p xmlns:wp14="http://schemas.microsoft.com/office/word/2010/wordml" w:rsidR="005A7A8C" w:rsidRDefault="00813563" w14:paraId="26B64435" wp14:textId="77777777">
      <w:pPr>
        <w:pStyle w:val="Listapunktowana"/>
        <w:rPr/>
      </w:pPr>
      <w:r w:rsidR="48668259">
        <w:rPr/>
        <w:t xml:space="preserve">łączy poznane umiejętności w bardziej złożone działania indywidualne </w:t>
      </w:r>
      <w:r w:rsidR="48668259">
        <w:rPr/>
        <w:t>i zespołowe;</w:t>
      </w:r>
    </w:p>
    <w:p xmlns:wp14="http://schemas.microsoft.com/office/word/2010/wordml" w:rsidR="005A7A8C" w:rsidRDefault="00813563" w14:paraId="55416201" wp14:textId="77777777">
      <w:pPr>
        <w:pStyle w:val="Listapunktowana"/>
        <w:rPr/>
      </w:pPr>
      <w:r w:rsidR="48668259">
        <w:rPr/>
        <w:t>wykorzystuje wiadomości o zdrowiu, aktywności fizycznej i bezpieczeństwie w praktyce;</w:t>
      </w:r>
    </w:p>
    <w:p xmlns:wp14="http://schemas.microsoft.com/office/word/2010/wordml" w:rsidR="005A7A8C" w:rsidRDefault="00813563" w14:paraId="41DD7672" wp14:textId="77777777">
      <w:pPr>
        <w:pStyle w:val="Listapunktowana"/>
        <w:rPr/>
      </w:pPr>
      <w:r w:rsidR="48668259">
        <w:rPr/>
        <w:t>stosuje zasady fair play i konstruktywnie reaguje na wynik rywalizacji;</w:t>
      </w:r>
    </w:p>
    <w:p xmlns:wp14="http://schemas.microsoft.com/office/word/2010/wordml" w:rsidR="005A7A8C" w:rsidRDefault="00813563" w14:paraId="6155A914" wp14:textId="77777777">
      <w:pPr>
        <w:pStyle w:val="Listapunktowana"/>
        <w:rPr/>
      </w:pPr>
      <w:r w:rsidR="48668259">
        <w:rPr/>
        <w:t>rozpoznaje własne mocne strony i trudności oraz podejmuje działania służące poprawie;</w:t>
      </w:r>
    </w:p>
    <w:p xmlns:wp14="http://schemas.microsoft.com/office/word/2010/wordml" w:rsidR="005A7A8C" w:rsidRDefault="00813563" w14:paraId="209C4879" wp14:textId="77777777">
      <w:pPr>
        <w:pStyle w:val="Listapunktowana"/>
        <w:rPr/>
      </w:pPr>
      <w:r w:rsidR="48668259">
        <w:rPr/>
        <w:t>w miarę możliwości samodzielnie przygotowuje się do zajęć i odpowiada za bezpieczne wykonywanie zadań.</w:t>
      </w:r>
    </w:p>
    <w:p xmlns:wp14="http://schemas.microsoft.com/office/word/2010/wordml" w:rsidR="005A7A8C" w:rsidRDefault="00813563" w14:paraId="3BCC756B" wp14:textId="77777777">
      <w:pPr>
        <w:pStyle w:val="Nagwek2"/>
      </w:pPr>
      <w:r>
        <w:t>Klasa VII</w:t>
      </w:r>
    </w:p>
    <w:p xmlns:wp14="http://schemas.microsoft.com/office/word/2010/wordml" w:rsidR="005A7A8C" w:rsidRDefault="00813563" w14:paraId="55FD4AB9" wp14:textId="77777777">
      <w:pPr>
        <w:pStyle w:val="Listapunktowana"/>
        <w:rPr/>
      </w:pPr>
      <w:r w:rsidR="48668259">
        <w:rPr/>
        <w:t>świadomie doskonali technikę i wykorzystuje umiejętności ruchowe w zadaniach indywidualnych i zespołowych;</w:t>
      </w:r>
    </w:p>
    <w:p xmlns:wp14="http://schemas.microsoft.com/office/word/2010/wordml" w:rsidR="005A7A8C" w:rsidRDefault="00813563" w14:paraId="306D6425" wp14:textId="77777777">
      <w:pPr>
        <w:pStyle w:val="Listapunktowana"/>
        <w:rPr/>
      </w:pPr>
      <w:r w:rsidR="48668259">
        <w:rPr/>
        <w:t>dobiera ćwiczenia do celu, własnych</w:t>
      </w:r>
      <w:r w:rsidR="48668259">
        <w:rPr/>
        <w:t xml:space="preserve"> możliwości i stanu zdrowia;</w:t>
      </w:r>
    </w:p>
    <w:p xmlns:wp14="http://schemas.microsoft.com/office/word/2010/wordml" w:rsidR="005A7A8C" w:rsidRDefault="00813563" w14:paraId="55AF12B8" wp14:textId="77777777">
      <w:pPr>
        <w:pStyle w:val="Listapunktowana"/>
        <w:rPr/>
      </w:pPr>
      <w:r w:rsidR="48668259">
        <w:rPr/>
        <w:t>zna podstawowe zasady bezpiecznego zwiększania obciążeń;</w:t>
      </w:r>
    </w:p>
    <w:p xmlns:wp14="http://schemas.microsoft.com/office/word/2010/wordml" w:rsidR="005A7A8C" w:rsidRDefault="00813563" w14:paraId="549A673C" wp14:textId="77777777">
      <w:pPr>
        <w:pStyle w:val="Listapunktowana"/>
        <w:rPr/>
      </w:pPr>
      <w:r w:rsidR="48668259">
        <w:rPr/>
        <w:t>potrafi zaplanować prosty zestaw ćwiczeń lub aktywność rekreacyjną w zakresie wskazanym przez nauczyciela;</w:t>
      </w:r>
    </w:p>
    <w:p xmlns:wp14="http://schemas.microsoft.com/office/word/2010/wordml" w:rsidR="005A7A8C" w:rsidRDefault="00813563" w14:paraId="217654AA" wp14:textId="77777777">
      <w:pPr>
        <w:pStyle w:val="Listapunktowana"/>
        <w:rPr/>
      </w:pPr>
      <w:r w:rsidR="48668259">
        <w:rPr/>
        <w:t xml:space="preserve">analizuje własną aktywność i postęp oraz korzysta z informacji </w:t>
      </w:r>
      <w:r w:rsidR="48668259">
        <w:rPr/>
        <w:t>zwrotnej.</w:t>
      </w:r>
    </w:p>
    <w:p xmlns:wp14="http://schemas.microsoft.com/office/word/2010/wordml" w:rsidR="005A7A8C" w:rsidRDefault="00813563" w14:paraId="7AB65AD1" wp14:textId="77777777">
      <w:pPr>
        <w:pStyle w:val="Nagwek2"/>
      </w:pPr>
      <w:r>
        <w:t>Klasa VIII</w:t>
      </w:r>
    </w:p>
    <w:p xmlns:wp14="http://schemas.microsoft.com/office/word/2010/wordml" w:rsidR="005A7A8C" w:rsidRDefault="00813563" w14:paraId="0BF5A4C3" wp14:textId="77777777">
      <w:pPr>
        <w:pStyle w:val="Listapunktowana"/>
        <w:rPr/>
      </w:pPr>
      <w:r w:rsidR="48668259">
        <w:rPr/>
        <w:t>świadomie wykorzystuje i doskonali poznane umiejętności ruchowe;</w:t>
      </w:r>
    </w:p>
    <w:p xmlns:wp14="http://schemas.microsoft.com/office/word/2010/wordml" w:rsidR="005A7A8C" w:rsidRDefault="00813563" w14:paraId="75592955" wp14:textId="77777777">
      <w:pPr>
        <w:pStyle w:val="Listapunktowana"/>
        <w:rPr/>
      </w:pPr>
      <w:r w:rsidR="48668259">
        <w:rPr/>
        <w:t>dobiera formy aktywności do celu, możliwości i stanu zdrowia;</w:t>
      </w:r>
    </w:p>
    <w:p xmlns:wp14="http://schemas.microsoft.com/office/word/2010/wordml" w:rsidR="005A7A8C" w:rsidRDefault="00813563" w14:paraId="4BBB4978" wp14:textId="77777777">
      <w:pPr>
        <w:pStyle w:val="Listapunktowana"/>
        <w:rPr/>
      </w:pPr>
      <w:r w:rsidR="48668259">
        <w:rPr/>
        <w:t>planuje i podejmuje samodzielną aktywność fizyczną w zakresie realizowanych treści;</w:t>
      </w:r>
    </w:p>
    <w:p xmlns:wp14="http://schemas.microsoft.com/office/word/2010/wordml" w:rsidR="005A7A8C" w:rsidRDefault="00813563" w14:paraId="79B0BA4A" wp14:textId="77777777">
      <w:pPr>
        <w:pStyle w:val="Listapunktowana"/>
        <w:rPr/>
      </w:pPr>
      <w:r w:rsidR="48668259">
        <w:rPr/>
        <w:t xml:space="preserve">analizuje własny postęp </w:t>
      </w:r>
      <w:r w:rsidR="48668259">
        <w:rPr/>
        <w:t>i wykorzystuje wiedzę dotyczącą zdrowia, bezpieczeństwa i aktywności fizycznej;</w:t>
      </w:r>
    </w:p>
    <w:p xmlns:wp14="http://schemas.microsoft.com/office/word/2010/wordml" w:rsidR="005A7A8C" w:rsidRDefault="00813563" w14:paraId="4F393AE2" wp14:textId="77777777">
      <w:pPr>
        <w:pStyle w:val="Listapunktowana"/>
        <w:rPr/>
      </w:pPr>
      <w:r w:rsidR="48668259">
        <w:rPr/>
        <w:t>wykazuje odpowiedzialność za bezpieczeństwo własne i innych oraz respektuje zasady fair play.</w:t>
      </w:r>
    </w:p>
    <w:p xmlns:wp14="http://schemas.microsoft.com/office/word/2010/wordml" w:rsidR="005A7A8C" w:rsidRDefault="00813563" w14:paraId="0808BBEB" wp14:textId="77777777">
      <w:pPr>
        <w:pStyle w:val="Nagwek1"/>
      </w:pPr>
      <w:r>
        <w:t>6. Testy sprawnościowe i pomiary</w:t>
      </w:r>
    </w:p>
    <w:p xmlns:wp14="http://schemas.microsoft.com/office/word/2010/wordml" w:rsidR="005A7A8C" w:rsidRDefault="00813563" w14:paraId="6738DA59" wp14:textId="77777777">
      <w:r w:rsidR="48668259">
        <w:rPr/>
        <w:t>Testy sprawnościowe i pomiary przeprowadza się zg</w:t>
      </w:r>
      <w:r w:rsidR="48668259">
        <w:rPr/>
        <w:t>odnie z obowiązującymi przepisami, podstawą programową właściwą dla danego rocznika oraz organizacją pracy szkoły. Służą one diagnozie, monitorowaniu rozwoju i postępu oraz planowaniu dalszej pracy. Wyniki testów sprawnościowych nie stanowią samodzielnej a</w:t>
      </w:r>
      <w:r w:rsidR="48668259">
        <w:rPr/>
        <w:t>ni wyłącznej podstawy ustalenia oceny z wychowania fizycznego.</w:t>
      </w:r>
    </w:p>
    <w:p w:rsidR="30CEBBBF" w:rsidRDefault="30CEBBBF" w14:paraId="14EA71B6" w14:textId="02F92E3D"/>
    <w:p w:rsidR="30CEBBBF" w:rsidRDefault="30CEBBBF" w14:paraId="0E59D6B0" w14:textId="5056C353"/>
    <w:p w:rsidR="30CEBBBF" w:rsidRDefault="30CEBBBF" w14:paraId="5FED345E" w14:textId="16A260E0"/>
    <w:p xmlns:wp14="http://schemas.microsoft.com/office/word/2010/wordml" w:rsidR="005A7A8C" w:rsidRDefault="00813563" w14:paraId="72E0E9B4" wp14:textId="77777777">
      <w:pPr>
        <w:pStyle w:val="Nagwek1"/>
      </w:pPr>
      <w:r>
        <w:t>7. Przygotowanie do zajęć i nieprzygotowanie</w:t>
      </w:r>
    </w:p>
    <w:p xmlns:wp14="http://schemas.microsoft.com/office/word/2010/wordml" w:rsidR="005A7A8C" w:rsidRDefault="00813563" w14:paraId="00D78315" wp14:textId="77777777">
      <w:r>
        <w:t xml:space="preserve">Uczeń powinien posiadać strój i obuwie sportowe umożliwiające bezpieczne uczestnictwo w zajęciach oraz przestrzegać zasad bezpieczeństwa i higieny. </w:t>
      </w:r>
      <w:r>
        <w:t>Zasady zgłaszania i liczba dopuszczalnych nieprzygotowań wynikają z aktualnego Statutu Szkoły Podstawowej nr 84 we Wrocławiu i zasad obowiązujących w szkole. Brak stroju lub czasowa niedyspozycja nie skutkują automatycznie oceną niedostateczną. W miarę moż</w:t>
      </w:r>
      <w:r>
        <w:t>liwości i z zachowaniem bezpieczeństwa uczeń może wykonywać zadanie zastępcze związane z realizacją celów lekcji.</w:t>
      </w:r>
    </w:p>
    <w:p xmlns:wp14="http://schemas.microsoft.com/office/word/2010/wordml" w:rsidR="005A7A8C" w:rsidRDefault="00813563" w14:paraId="552AED02" wp14:textId="77777777">
      <w:pPr>
        <w:pStyle w:val="Nagwek1"/>
      </w:pPr>
      <w:r>
        <w:t>8. Dostosowanie wymagań i ograniczenia zdrowotne</w:t>
      </w:r>
    </w:p>
    <w:p xmlns:wp14="http://schemas.microsoft.com/office/word/2010/wordml" w:rsidR="005A7A8C" w:rsidRDefault="00813563" w14:paraId="269E893A" wp14:textId="77777777">
      <w:r>
        <w:t>Wymagania edukacyjne dostosowuje się do indywidualnych potrzeb rozwojowych i edukacyjnych ora</w:t>
      </w:r>
      <w:r>
        <w:t>z możliwości psychofizycznych ucznia, zgodnie z obowiązującymi przepisami, orzeczeniami, opiniami, rozpoznanymi potrzebami, zaleceniami lekarza i dokumentacją szkolną. Dostosowanie może obejmować rodzaj, intensywność, czas, zakres i sposób wykonywania ćwic</w:t>
      </w:r>
      <w:r>
        <w:t>zeń, kryteria sukcesu oraz sposób sprawdzania wiadomości i umiejętności.</w:t>
      </w:r>
    </w:p>
    <w:p xmlns:wp14="http://schemas.microsoft.com/office/word/2010/wordml" w:rsidR="005A7A8C" w:rsidRDefault="00813563" w14:paraId="7E12BF0E" wp14:textId="77777777">
      <w:pPr>
        <w:pStyle w:val="Nagwek1"/>
      </w:pPr>
      <w:r>
        <w:t>9. Zwolnienie z zajęć</w:t>
      </w:r>
    </w:p>
    <w:p xmlns:wp14="http://schemas.microsoft.com/office/word/2010/wordml" w:rsidR="005A7A8C" w:rsidRDefault="00813563" w14:paraId="7D8D2099" wp14:textId="77777777">
      <w:r>
        <w:t>W przypadku zwolnienia z realizacji zajęć wychowania fizycznego stosuje się obowiązujące przepisy prawa oraz decyzję dyrektora szkoły. W przypadku częściowych lu</w:t>
      </w:r>
      <w:r>
        <w:t>b czasowych ograniczeń uczeń realizuje i podlega ocenie w zakresie zadań możliwych do wykonania, zgodnie z zaleceniami i zasadami bezpieczeństwa.</w:t>
      </w:r>
    </w:p>
    <w:p xmlns:wp14="http://schemas.microsoft.com/office/word/2010/wordml" w:rsidR="005A7A8C" w:rsidRDefault="00813563" w14:paraId="2D8718CC" wp14:textId="77777777">
      <w:pPr>
        <w:pStyle w:val="Nagwek1"/>
      </w:pPr>
      <w:r>
        <w:t>10. Klasyfikacja śródroczna i roczna</w:t>
      </w:r>
    </w:p>
    <w:p xmlns:wp14="http://schemas.microsoft.com/office/word/2010/wordml" w:rsidR="005A7A8C" w:rsidRDefault="00813563" w14:paraId="2B82A701" wp14:textId="77777777">
      <w:pPr>
        <w:pStyle w:val="Listapunktowana"/>
        <w:rPr/>
      </w:pPr>
      <w:r w:rsidR="48668259">
        <w:rPr/>
        <w:t>Ocena śródroczna i roczna jest ustalana zgodnie z obowiązującymi przepisa</w:t>
      </w:r>
      <w:r w:rsidR="48668259">
        <w:rPr/>
        <w:t>mi i Statutem Szkoły.</w:t>
      </w:r>
    </w:p>
    <w:p xmlns:wp14="http://schemas.microsoft.com/office/word/2010/wordml" w:rsidR="005A7A8C" w:rsidRDefault="00813563" w14:paraId="0F86E843" wp14:textId="77777777">
      <w:pPr>
        <w:pStyle w:val="Listapunktowana"/>
        <w:rPr/>
      </w:pPr>
      <w:r w:rsidR="48668259">
        <w:rPr/>
        <w:t>Ocena klasyfikacyjna jest ustalana w skali 1–6 i nie jest średnią arytmetyczną ocen bieżących.</w:t>
      </w:r>
    </w:p>
    <w:p xmlns:wp14="http://schemas.microsoft.com/office/word/2010/wordml" w:rsidR="005A7A8C" w:rsidRDefault="00813563" w14:paraId="56FE5939" wp14:textId="77777777">
      <w:pPr>
        <w:pStyle w:val="Listapunktowana"/>
        <w:rPr/>
      </w:pPr>
      <w:r w:rsidR="48668259">
        <w:rPr/>
        <w:t>Przy ustalaniu oceny uwzględnia się całokształt pracy ucznia, w szczególności wysiłek, systematyczność, aktywność, postęp, umiejętności, wi</w:t>
      </w:r>
      <w:r w:rsidR="48668259">
        <w:rPr/>
        <w:t>adomości i postawę.</w:t>
      </w:r>
    </w:p>
    <w:p xmlns:wp14="http://schemas.microsoft.com/office/word/2010/wordml" w:rsidR="005A7A8C" w:rsidRDefault="00813563" w14:paraId="48424689" wp14:textId="77777777">
      <w:pPr>
        <w:pStyle w:val="Listapunktowana"/>
        <w:rPr/>
      </w:pPr>
      <w:r w:rsidR="48668259">
        <w:rPr/>
        <w:t>Informowanie o przewidywanej ocenie klasyfikacyjnej odbywa się w terminach i na zasadach określonych w aktualnym Statucie Szkoły.</w:t>
      </w:r>
    </w:p>
    <w:p xmlns:wp14="http://schemas.microsoft.com/office/word/2010/wordml" w:rsidR="005A7A8C" w:rsidRDefault="00813563" w14:paraId="590BB13C" wp14:textId="77777777">
      <w:pPr>
        <w:pStyle w:val="Listapunktowana"/>
        <w:rPr/>
      </w:pPr>
      <w:r w:rsidR="48668259">
        <w:rPr/>
        <w:t xml:space="preserve">W przypadku nieklasyfikowania i egzaminu klasyfikacyjnego stosuje się obowiązujące przepisy prawa oraz </w:t>
      </w:r>
      <w:r w:rsidR="48668259">
        <w:rPr/>
        <w:t>Statut Szkoły.</w:t>
      </w:r>
    </w:p>
    <w:p xmlns:wp14="http://schemas.microsoft.com/office/word/2010/wordml" w:rsidR="005A7A8C" w:rsidRDefault="00813563" w14:paraId="0FE77218" wp14:textId="77777777">
      <w:pPr>
        <w:pStyle w:val="Nagwek1"/>
      </w:pPr>
      <w:r>
        <w:t>11. Postanowienia końcowe</w:t>
      </w:r>
    </w:p>
    <w:p xmlns:wp14="http://schemas.microsoft.com/office/word/2010/wordml" w:rsidR="005A7A8C" w:rsidRDefault="00813563" w14:paraId="10EF261A" wp14:textId="77777777">
      <w:r>
        <w:t xml:space="preserve">Dokument stosuje się łącznie z programem „Czas na ruch”, podstawą programową właściwą dla danego rocznika, Statutem Szkoły Podstawowej nr 84 we Wrocławiu oraz obowiązującymi przepisami prawa </w:t>
      </w:r>
      <w:r>
        <w:t>oświatowego. W przypadku</w:t>
      </w:r>
      <w:r>
        <w:t xml:space="preserve"> zmiany przepisów prawa pierwszeństwo mają przepisy powszechnie obowiązujące oraz aktualny Statut Szkoły.</w:t>
      </w:r>
    </w:p>
    <w:p xmlns:wp14="http://schemas.microsoft.com/office/word/2010/wordml" w:rsidR="005A7A8C" w:rsidRDefault="00813563" w14:paraId="1D87E5DD" wp14:textId="5D9BE0C3">
      <w:r>
        <w:br/>
      </w:r>
    </w:p>
    <w:sectPr w:rsidR="005A7A8C" w:rsidSect="000346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9">
    <w:nsid w:val="618ac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80"/>
  <w:proofState w:spelling="clean" w:grammar="dirty"/>
  <w:trackRevisions w:val="false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A7A8C"/>
    <w:rsid w:val="00813563"/>
    <w:rsid w:val="00AA1D8D"/>
    <w:rsid w:val="00B47730"/>
    <w:rsid w:val="00CB0664"/>
    <w:rsid w:val="00FC693F"/>
    <w:rsid w:val="02F8CF42"/>
    <w:rsid w:val="06C84E36"/>
    <w:rsid w:val="089739B0"/>
    <w:rsid w:val="0A38AF70"/>
    <w:rsid w:val="13568EB7"/>
    <w:rsid w:val="162FCF25"/>
    <w:rsid w:val="1C3D6197"/>
    <w:rsid w:val="1F6149D6"/>
    <w:rsid w:val="2074819C"/>
    <w:rsid w:val="22455FD0"/>
    <w:rsid w:val="30C4DA9E"/>
    <w:rsid w:val="30CEBBBF"/>
    <w:rsid w:val="30DE35A7"/>
    <w:rsid w:val="360A66C4"/>
    <w:rsid w:val="3A18F0AB"/>
    <w:rsid w:val="3C773F3F"/>
    <w:rsid w:val="3E5EEF82"/>
    <w:rsid w:val="3E9E1932"/>
    <w:rsid w:val="3FD71B2E"/>
    <w:rsid w:val="4124B033"/>
    <w:rsid w:val="43471AE0"/>
    <w:rsid w:val="43F978F5"/>
    <w:rsid w:val="48668259"/>
    <w:rsid w:val="49C5D25C"/>
    <w:rsid w:val="53239BBC"/>
    <w:rsid w:val="53A17143"/>
    <w:rsid w:val="588C019A"/>
    <w:rsid w:val="5B2C7D81"/>
    <w:rsid w:val="638E5266"/>
    <w:rsid w:val="6888921F"/>
    <w:rsid w:val="6A3AFEDD"/>
    <w:rsid w:val="6F2C8E29"/>
    <w:rsid w:val="6FFACB09"/>
    <w:rsid w:val="71356184"/>
    <w:rsid w:val="762A1A4F"/>
    <w:rsid w:val="795EA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BE7CDD9"/>
  <w15:docId w15:val="{721E25D5-BBDD-4499-B30D-568D10D1EDC9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9EB4BA-9D89-42A7-B7CE-0F37752F25B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Monika Pajtasz</lastModifiedBy>
  <revision>6</revision>
  <dcterms:created xsi:type="dcterms:W3CDTF">2013-12-23T23:15:00.0000000Z</dcterms:created>
  <dcterms:modified xsi:type="dcterms:W3CDTF">2026-09-24T19:17:32.6396129Z</dcterms:modified>
  <category/>
</coreProperties>
</file>